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FICHA DE TRABALHO  ·  SEGURANÇA E DIREITOS  ·  MÓDULO 3</w:t>
      </w:r>
    </w:p>
    <w:p>
      <w:pPr>
        <w:pStyle w:val="Heading1"/>
      </w:pPr>
      <w:r>
        <w:t>Mapa do círculo de apoio</w:t>
      </w:r>
    </w:p>
    <w:p>
      <w:r>
        <w:t>Ninguém deve enfrentar momentos difíceis sozinha. O seu círculo de apoio junta pessoas de confiança com serviços e lugares que podem ajudar. Cada um tem um papel diferente. Preencha o que puder. Alguns nomes chegam para começar.</w:t>
      </w:r>
    </w:p>
    <w:p>
      <w:pPr>
        <w:pStyle w:val="Heading2"/>
      </w:pPr>
      <w:r>
        <w:t>O meu círculo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Nível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Quem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Como os posso contactar em segurança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Em que podem ajudar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Pessoas de confiança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Exemplo: a minha irmã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Mensagens no telemóvel do trabalho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Ouvir-me, um lugar para ficar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Serviços especializados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Aconselhamento, opções, proteção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Técnicas de apoio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Defender os meus direitos comigo, formulários, marcações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Comunidade e pares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Compreensão, esperança, dicas práticas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Lugares do dia a dia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Exemplo: o meu médico de família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Na minha próxima consulta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Um primeiro contacto discreto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Lugares do dia a dia que podem ajudar</w:t>
      </w:r>
    </w:p>
    <w:p>
      <w:pPr>
        <w:pStyle w:val="ListBullet"/>
      </w:pPr>
      <w:r>
        <w:t>Médicos, enfermeiros, parteiras e farmacêuticos</w:t>
      </w:r>
    </w:p>
    <w:p>
      <w:pPr>
        <w:pStyle w:val="ListBullet"/>
      </w:pPr>
      <w:r>
        <w:t>Professores, pessoal da escola e assistentes sociais</w:t>
      </w:r>
    </w:p>
    <w:p>
      <w:pPr>
        <w:pStyle w:val="ListBullet"/>
      </w:pPr>
      <w:r>
        <w:t>Centros comunitários, bibliotecas e grupos religiosos ou culturais de confiança</w:t>
      </w:r>
    </w:p>
    <w:p>
      <w:pPr>
        <w:pStyle w:val="ListBullet"/>
      </w:pPr>
      <w:r>
        <w:t>Uma colega de confiança ou um programa de apoio no local de trabalho</w:t>
      </w:r>
    </w:p>
    <w:p>
      <w:pPr>
        <w:pStyle w:val="Heading2"/>
      </w:pPr>
      <w:r>
        <w:t>Manter o contacto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Este mês, contactei pelo menos uma pessoa do meu círculo.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Conheço um serviço que posso contactar.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Guardo esta página num lugar seguro.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