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MODELO  ·  PARA EDUCADORES</w:t>
      </w:r>
    </w:p>
    <w:p>
      <w:pPr>
        <w:pStyle w:val="Heading1"/>
      </w:pPr>
      <w:r>
        <w:t>Formulário de avaliação para participantes</w:t>
      </w:r>
    </w:p>
    <w:p>
      <w:r>
        <w:t>Diga-nos o que pensa. Este formulário é anónimo: não escreva o seu nome. As suas respostas ajudam-nos a melhorar as sessões FIRE para outras mulheres. Pode saltar qualquer pergunta.</w:t>
      </w:r>
    </w:p>
    <w:p>
      <w:pPr>
        <w:pStyle w:val="Heading2"/>
      </w:pPr>
      <w:r>
        <w:t>Sobre a sessão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Afirmação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1 Nada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2 Um pouco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3 Bastante</w:t>
            </w:r>
          </w:p>
        </w:tc>
        <w:tc>
          <w:tcPr>
            <w:tcW w:type="dxa" w:w="1928"/>
            <w:shd w:val="clear" w:fill="00309A"/>
          </w:tcPr>
          <w:p>
            <w:r>
              <w:rPr>
                <w:b/>
                <w:color w:val="FFFFFF"/>
              </w:rPr>
              <w:t>4 Muito</w:t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Senti-me segura e respeitada no grupo.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O conteúdo foi fácil de compreender.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Aprendi algo útil para a minha vida.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A formadora ouviu-nos.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O horário e o local foram bons para mim.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928"/>
          </w:tcPr>
          <w:p>
            <w:r>
              <w:rPr>
                <w:sz w:val="20"/>
              </w:rPr>
              <w:t>Recomendaria esta sessão a uma amiga.</w:t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sz w:val="20"/>
              </w:rPr>
            </w:r>
          </w:p>
        </w:tc>
      </w:tr>
    </w:tbl>
    <w:p/>
    <w:p>
      <w:pPr>
        <w:pStyle w:val="Heading2"/>
      </w:pPr>
      <w:r>
        <w:t>A sua opinião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 coisa mais útil que aprendi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Algo que foi difícil ou pouco claro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Uma coisa que quero experimentar esta semana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 que tornaria as sessões melhores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  <w:tr>
        <w:tc>
          <w:tcPr>
            <w:tcW w:type="dxa" w:w="3118"/>
            <w:shd w:val="clear" w:fill="EEF3FF"/>
          </w:tcPr>
          <w:p>
            <w:r>
              <w:rPr>
                <w:b/>
              </w:rPr>
              <w:t>Outros comentários</w:t>
            </w:r>
          </w:p>
        </w:tc>
        <w:tc>
          <w:tcPr>
            <w:tcW w:type="dxa" w:w="6520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Que partes usou?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Vídeos e Pílulas de Formação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Exercícios a pares ou em grupo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Ferramentas online, como o Planeador de orçamento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Modelos e fichas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Discussão em grupo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</w:r>
  </w:p>
  <w:p>
    <w:r>
      <w:rPr>
        <w:color w:val="2F5BEA"/>
        <w:sz w:val="16"/>
      </w:rPr>
      <w:t>FIRE · Financial Resilience · fire.elnlab.eu · Financiado pela União Europeia.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377964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964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