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PIANIFICATORE  ·  SICUREZZA E DIRITTI  ·  MODULO 3</w:t>
      </w:r>
    </w:p>
    <w:p>
      <w:pPr>
        <w:pStyle w:val="Heading1"/>
      </w:pPr>
      <w:r>
        <w:t>Il mio piano</w:t>
      </w:r>
    </w:p>
    <w:p>
      <w:r>
        <w:t>Tieni questa pagina dove solo tu puoi raggiungerla, o da una persona di fiducia. Compila solo quello che ti sembra giusto. Puoi cambiarla in qualsiasi momento.</w:t>
      </w:r>
    </w:p>
    <w:p>
      <w:pPr>
        <w:pStyle w:val="Heading2"/>
      </w:pPr>
      <w:r>
        <w:t>Documenti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Carta d'identità o passaporto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Permesso di soggiorno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dei figli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Tessere sanitarie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Carte e dati del conto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dell'affitto o della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Documenti legali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Buste paga e lettere sui sussidi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Dove tengo le copie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Soldi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 di avere, o ho, un conto a mio nome.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messo da parte un po' di soldi, se posso farlo in sicurezza.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Conosco il mio PIN e le mie password, e nessun altro li conosce.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 quanto ricevo ogni mese e quando.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Dove tengo i soldi in più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Cifra che voglio raggiungere (€)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Persone che posso chiamare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nostra parola in codice e cosa significa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Nome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Come contattarle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In cosa possono aiutare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Un posto dove andare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posto dove potrei andare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Come ci arrivo, di giorno e di notte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porterei con me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Restare in contatto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Uso la navigazione privata e so come cancellare la cronologia.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Conosco un telefono o un computer che posso usare in sicurezza.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Controllo se sul mio telefono è attiva una condivisione della posizione che non ho scelto.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 a memoria i numeri utili.</w:t>
      </w:r>
    </w:p>
    <w:p>
      <w:pPr>
        <w:pStyle w:val="Heading2"/>
      </w:pPr>
      <w:r>
        <w:t>Note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Altre note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