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MODELLO  ·  PER FORMATRICI E FORMATORI</w:t>
      </w:r>
    </w:p>
    <w:p>
      <w:pPr>
        <w:pStyle w:val="Heading1"/>
      </w:pPr>
      <w:r>
        <w:t>Report dell'evento moltiplicatore</w:t>
      </w:r>
    </w:p>
    <w:p>
      <w:r>
        <w:t>Usate questo modello per il report di un evento moltiplicatore FIRE dopo il suo svolgimento. Compilate i campi con i dati reali del foglio presenze. Allegate il foglio presenze firmato e le foto scattate con consenso.</w:t>
      </w:r>
    </w:p>
    <w:p>
      <w:pPr>
        <w:pStyle w:val="Heading2"/>
      </w:pPr>
      <w:r>
        <w:t>Dati dell'evento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Titolo dell'evento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Organizzatore (partner)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Data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Luogo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Formato (in presenza, online, ibrido)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Numero di partecipanti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Di cui di altre organizzazioni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Gruppi destinatari presenti (formatori, operatori dei servizi, donne, decisori politici, altri)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Programma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Ora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Minuti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Voce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Relatrice/relatore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Risultati FIRE presentati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Moduli formativi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Pillole formative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Linee guida per formatori e operatori dei servizi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Strumenti interattivi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Modelli e raccolta di risorse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Rete di sostegno online</w:t>
      </w:r>
    </w:p>
    <w:p>
      <w:pPr>
        <w:pStyle w:val="Heading2"/>
      </w:pPr>
      <w:r>
        <w:t>Feedback e discussione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Punti principali della discussione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Sintesi dei moduli di feedback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Interesse a usare i materiali (organizzazioni, come)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Follow-up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Azioni di follow-up concordate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Nuovi contatti per la rete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Documentazione allegata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Foglio presenze firmato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Programma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Foto scattate con consenso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Moduli di feedback o sintesi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Invito e post di diffusione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Emblema UE visibile sui materiali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