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MODELLO  ·  SOLDI E BUDGET  ·  MODULO 2</w:t>
      </w:r>
    </w:p>
    <w:p>
      <w:pPr>
        <w:pStyle w:val="Heading1"/>
      </w:pPr>
      <w:r>
        <w:t>Lettera a una banca o a un creditore</w:t>
      </w:r>
    </w:p>
    <w:p>
      <w:r>
        <w:t>Spesso i creditori accettano un piano di pagamento se spieghi la tua situazione e offri una cifra che puoi davvero pagare. Compila le parti tra [parentesi quadre]. Chiedi una consulenza gratuita sui debiti prima di firmare qualcosa di nuovo.</w:t>
      </w:r>
    </w:p>
    <w:p>
      <w:pPr>
        <w:pStyle w:val="Heading2"/>
      </w:pPr>
      <w:r>
        <w:t>Prima di scrivere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Conosco il mio reddito mensile e le mie spese essenziali.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So quanto posso davvero pagare ogni mese.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il numero di conto o di riferimento.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parlato con un servizio gratuito di consulenza sui debiti, o so quale contattare.</w:t>
      </w:r>
    </w:p>
    <w:p>
      <w:pPr>
        <w:pStyle w:val="Heading2"/>
      </w:pPr>
      <w:r>
        <w:t>La lettera</w:t>
      </w:r>
    </w:p>
    <w:p>
      <w:r>
        <w:t>[Il tuo nome]</w:t>
        <w:br/>
        <w:t>[Il tuo indirizzo]</w:t>
        <w:br/>
        <w:br/>
        <w:t>[Data]</w:t>
        <w:br/>
        <w:br/>
        <w:t>[Nome e indirizzo del creditore]</w:t>
        <w:br/>
        <w:br/>
        <w:t>Riferimento: [numero di conto o di riferimento]</w:t>
        <w:br/>
        <w:br/>
        <w:t>Gentili Signore e Signori,</w:t>
        <w:br/>
        <w:br/>
        <w:t>vi scrivo riguardo al mio rapporto con il riferimento indicato sopra. La mia situazione è cambiata e non posso pagare la rata mensile attuale.</w:t>
        <w:br/>
        <w:br/>
        <w:t>Il mio reddito mensile è di [importo] €. Dopo le spese essenziali, posso pagare [importo] € al mese.</w:t>
        <w:br/>
        <w:br/>
        <w:t>Vi chiedo di accettare un piano di pagamento di [importo] € al mese, a partire dal [data]. Vi chiedo anche di sospendere interessi e spese per tutta la durata del piano.</w:t>
        <w:br/>
        <w:br/>
        <w:t>[Facoltativo] Mi sta assistendo gratuitamente [nome del servizio di consulenza].</w:t>
        <w:br/>
        <w:br/>
        <w:t>Vi prego di confermare il vostro accordo per iscritto e di inviarmi un estratto con il saldo.</w:t>
        <w:br/>
        <w:br/>
        <w:t>Grazie per il vostro aiuto.</w:t>
        <w:br/>
        <w:br/>
        <w:t>Distinti saluti,</w:t>
        <w:br/>
        <w:br/>
        <w:t>[Il tuo nome]</w:t>
      </w:r>
    </w:p>
    <w:p>
      <w:pPr>
        <w:pStyle w:val="Heading2"/>
      </w:pPr>
      <w:r>
        <w:t>Paragrafo facoltativo: un debito che non hai accettato</w:t>
      </w:r>
    </w:p>
    <w:p>
      <w:r>
        <w:t>Non ho accettato liberamente questo debito. Vi prego di inviarmi una copia del contratto firmato e tutti gli estratti conto, e di sospendere la posizione mentre chiedo consulenza.</w:t>
      </w:r>
    </w:p>
    <w:p>
      <w:pPr>
        <w:pStyle w:val="Heading2"/>
      </w:pPr>
      <w:r>
        <w:t>Il mio budget per il creditore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Voce</w:t>
            </w:r>
          </w:p>
        </w:tc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Importo al mese (€)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Entrate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Affitto ed energia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Cibo e casa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Trasporti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Figli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Altre spese essenziali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Resta per pagare i debiti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Dopo averla inviata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tenuto una copia della lettera.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annotato la data in cui l'ho inviata.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L'ho inviata per email o con raccomandata.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Continuo a pagare quello che posso mentre aspetto una risposta.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