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SCHEDA DI LAVORO  ·  REDDITO E OBIETTIVI  ·  MODULO 2</w:t>
      </w:r>
    </w:p>
    <w:p>
      <w:pPr>
        <w:pStyle w:val="Heading1"/>
      </w:pPr>
      <w:r>
        <w:t>Inventario di reddito e competenze</w:t>
      </w:r>
    </w:p>
    <w:p>
      <w:r>
        <w:t>Anni passati a prendersi cura, cucinare, organizzare e gestire un budget stretto creano competenze vere. Spesso passano inosservate perché nessuno le ha pagate. Usa questa scheda per nominare le tue competenze e trovare il primo passo verso un reddito.</w:t>
      </w:r>
    </w:p>
    <w:p>
      <w:pPr>
        <w:pStyle w:val="Heading2"/>
      </w:pPr>
      <w:r>
        <w:t>Dai compiti di ogni giorno alle competenze di lavoro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Cosa faccio o ho fatto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La competenza di lavoro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Dove è utile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Gestire il budget di casa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Budget, pianificazione, organizzazione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Lavoro d'ufficio, negozi, una piccola attività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Prendermi cura di figli o di un familiare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Pazienza, cura, responsabilità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Asili, lavoro di cura, scuole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Cucinare per una famiglia numerosa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Pianificazione, velocità, igiene alimentare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Cucine, catering, bar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Aiutare i vicini con i moduli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Lingue, pratiche amministrative, risolvere problemi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Mediazione culturale, accoglienza, servizi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Organizzare eventi a scuola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Lavoro di squadra, coordinamento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Eventi, ospitalità, servizio clienti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Lingue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Lingua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Parlato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Lettura e scrittura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Esempio: portoghese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Molto bene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Molto bene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Titoli e formazione</w:t>
      </w:r>
    </w:p>
    <w:p>
      <w:r>
        <w:t>Includi scuola, corsi, patente di guida e titoli presi in un altro Paese.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Titolo o corso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Anno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Dove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Cosa si adatta alla mia vita adesso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Ore che posso lavorare ogni settimana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Orari in cui sono libera (per esempio l'orario scolastico)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Cura dei figli o di altre persone da organizzare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Come mi sposto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Quanto presto mi serve un reddito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Strade che voglio esplorare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Un lavoro con contratto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Lavoro part-time o flessibile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Lavoro autonomo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Una piccola attività da casa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Lavoro stagionale o a breve termine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Prima un corso gratuito o finanziato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Sussidi e aiuti a cui ho diritto</w:t>
      </w:r>
    </w:p>
    <w:p>
      <w:pPr>
        <w:pStyle w:val="Heading2"/>
      </w:pPr>
      <w:r>
        <w:t>Il mio primo passo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Una competenza per cui potrei essere pagata adesso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Una competenza che voglio sviluppare con una breve formazione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Chi può aiutarmi (servizio o persona)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Il mio primo passo questa settimana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Data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Buono a sapersi</w:t>
      </w:r>
    </w:p>
    <w:p>
      <w:pPr>
        <w:pStyle w:val="ListBullet"/>
      </w:pPr>
      <w:r>
        <w:t>L'esperienza non pagata è esperienza vera. Mettila nel CV.</w:t>
      </w:r>
    </w:p>
    <w:p>
      <w:pPr>
        <w:pStyle w:val="ListBullet"/>
      </w:pPr>
      <w:r>
        <w:t>I centri per l'impiego e i centri per l'istruzione degli adulti offrono formazione gratuita o finanziata.</w:t>
      </w:r>
    </w:p>
    <w:p>
      <w:pPr>
        <w:pStyle w:val="ListBullet"/>
      </w:pPr>
      <w:r>
        <w:t>Prima di iscriverti, chiedi dell'aiuto per la cura dei figli e i trasporti.</w:t>
      </w:r>
    </w:p>
    <w:p>
      <w:pPr>
        <w:pStyle w:val="ListBullet"/>
      </w:pPr>
      <w:r>
        <w:t>Prova lo strumento Dalle competenze al reddito sul sito FIRE per avere idee.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