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VORLAGE  ·  GELD UND HAUSHALTSPLAN  ·  MODUL 2</w:t>
      </w:r>
    </w:p>
    <w:p>
      <w:pPr>
        <w:pStyle w:val="Heading1"/>
      </w:pPr>
      <w:r>
        <w:t>Brief an Bank oder Gläubiger</w:t>
      </w:r>
    </w:p>
    <w:p>
      <w:r>
        <w:t>Gläubiger stimmen oft einer Ratenzahlung zu, wenn Sie Ihre Lage erklären und einen Betrag anbieten, den Sie wirklich zahlen können. Füllen Sie die Teile in [eckigen Klammern] aus. Holen Sie sich kostenlose Schuldnerberatung, bevor Sie etwas Neues unterschreiben.</w:t>
      </w:r>
    </w:p>
    <w:p>
      <w:pPr>
        <w:pStyle w:val="Heading2"/>
      </w:pPr>
      <w:r>
        <w:t>Bevor Sie schreiben</w:t>
      </w:r>
    </w:p>
    <w:p>
      <w:pPr>
        <w:spacing w:after="60"/>
      </w:pPr>
      <w:r>
        <w:rPr>
          <w:color w:val="2F5BEA"/>
          <w:sz w:val="24"/>
        </w:rPr>
        <w:t xml:space="preserve">☐  </w:t>
      </w:r>
      <w:r>
        <w:t>Ich kenne mein Einkommen im Monat und meine notwendigen Kosten.</w:t>
      </w:r>
    </w:p>
    <w:p>
      <w:pPr>
        <w:spacing w:after="60"/>
      </w:pPr>
      <w:r>
        <w:rPr>
          <w:color w:val="2F5BEA"/>
          <w:sz w:val="24"/>
        </w:rPr>
        <w:t xml:space="preserve">☐  </w:t>
      </w:r>
      <w:r>
        <w:t>Ich weiß, wie viel ich jeden Monat wirklich zahlen kann.</w:t>
      </w:r>
    </w:p>
    <w:p>
      <w:pPr>
        <w:spacing w:after="60"/>
      </w:pPr>
      <w:r>
        <w:rPr>
          <w:color w:val="2F5BEA"/>
          <w:sz w:val="24"/>
        </w:rPr>
        <w:t xml:space="preserve">☐  </w:t>
      </w:r>
      <w:r>
        <w:t>Ich habe die Konto- oder Aktennummer.</w:t>
      </w:r>
    </w:p>
    <w:p>
      <w:pPr>
        <w:spacing w:after="60"/>
      </w:pPr>
      <w:r>
        <w:rPr>
          <w:color w:val="2F5BEA"/>
          <w:sz w:val="24"/>
        </w:rPr>
        <w:t xml:space="preserve">☐  </w:t>
      </w:r>
      <w:r>
        <w:t>Ich habe mit einer kostenlosen Schuldnerberatung gesprochen oder weiß, an welche ich mich wende.</w:t>
      </w:r>
    </w:p>
    <w:p>
      <w:pPr>
        <w:pStyle w:val="Heading2"/>
      </w:pPr>
      <w:r>
        <w:t>Der Brief</w:t>
      </w:r>
    </w:p>
    <w:p>
      <w:r>
        <w:t>[Ihr Name]</w:t>
        <w:br/>
        <w:t>[Ihre Adresse]</w:t>
        <w:br/>
        <w:br/>
        <w:t>[Datum]</w:t>
        <w:br/>
        <w:br/>
        <w:t>[Name und Adresse des Gläubigers]</w:t>
        <w:br/>
        <w:br/>
        <w:t>Aktenzeichen: [Konto- oder Aktennummer]</w:t>
        <w:br/>
        <w:br/>
        <w:t>Sehr geehrte Damen und Herren,</w:t>
        <w:br/>
        <w:br/>
        <w:t>ich schreibe Ihnen wegen meines Kontos mit dem oben genannten Aktenzeichen. Meine Lage hat sich geändert, und ich kann die aktuelle Monatsrate nicht zahlen.</w:t>
        <w:br/>
        <w:br/>
        <w:t>Mein Einkommen beträgt [Betrag] € im Monat. Nach meinen notwendigen Kosten kann ich [Betrag] € im Monat zahlen.</w:t>
        <w:br/>
        <w:br/>
        <w:t>Ich bitte Sie, einer Ratenzahlung von [Betrag] € im Monat ab dem [Datum] zuzustimmen. Außerdem bitte ich Sie, Zinsen und Gebühren für die Dauer der Ratenzahlung auszusetzen.</w:t>
        <w:br/>
        <w:br/>
        <w:t>[Optional] Ich erhalte kostenlose Beratung bei [Name der Beratungsstelle].</w:t>
        <w:br/>
        <w:br/>
        <w:t>Bitte bestätigen Sie Ihre Zustimmung schriftlich und senden Sie mir eine Aufstellung des offenen Betrags.</w:t>
        <w:br/>
        <w:br/>
        <w:t>Vielen Dank für Ihre Hilfe.</w:t>
        <w:br/>
        <w:br/>
        <w:t>Mit freundlichen Grüßen</w:t>
        <w:br/>
        <w:br/>
        <w:t>[Ihr Name]</w:t>
      </w:r>
    </w:p>
    <w:p>
      <w:pPr>
        <w:pStyle w:val="Heading2"/>
      </w:pPr>
      <w:r>
        <w:t>Optionaler Absatz: eine Schuld ohne Ihre Zustimmung</w:t>
      </w:r>
    </w:p>
    <w:p>
      <w:r>
        <w:t>Ich habe dieser Schuld nicht freiwillig zugestimmt. Bitte senden Sie mir eine Kopie des unterschriebenen Vertrags und alle Kontoauszüge. Bitte stellen Sie die Forderung ruhend, solange ich mich beraten lasse.</w:t>
      </w:r>
    </w:p>
    <w:p>
      <w:pPr>
        <w:pStyle w:val="Heading2"/>
      </w:pPr>
      <w:r>
        <w:t>Mein Haushaltsplan für Gläubiger</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00309A"/>
          </w:tcPr>
          <w:p>
            <w:r>
              <w:rPr>
                <w:b/>
                <w:color w:val="FFFFFF"/>
              </w:rPr>
              <w:t>Posten</w:t>
            </w:r>
          </w:p>
        </w:tc>
        <w:tc>
          <w:tcPr>
            <w:tcW w:type="dxa" w:w="4819"/>
            <w:shd w:val="clear" w:fill="00309A"/>
          </w:tcPr>
          <w:p>
            <w:r>
              <w:rPr>
                <w:b/>
                <w:color w:val="FFFFFF"/>
              </w:rPr>
              <w:t>Betrag pro Monat (€)</w:t>
            </w:r>
          </w:p>
        </w:tc>
      </w:tr>
      <w:tr>
        <w:tc>
          <w:tcPr>
            <w:tcW w:type="dxa" w:w="4819"/>
          </w:tcPr>
          <w:p>
            <w:r>
              <w:rPr>
                <w:sz w:val="20"/>
              </w:rPr>
              <w:t>Einkommen</w:t>
            </w:r>
          </w:p>
        </w:tc>
        <w:tc>
          <w:tcPr>
            <w:tcW w:type="dxa" w:w="4819"/>
          </w:tcPr>
          <w:p>
            <w:r>
              <w:rPr>
                <w:sz w:val="20"/>
              </w:rPr>
            </w:r>
          </w:p>
        </w:tc>
      </w:tr>
      <w:tr>
        <w:tc>
          <w:tcPr>
            <w:tcW w:type="dxa" w:w="4819"/>
          </w:tcPr>
          <w:p>
            <w:r>
              <w:rPr>
                <w:sz w:val="20"/>
              </w:rPr>
              <w:t>Miete und Energie</w:t>
            </w:r>
          </w:p>
        </w:tc>
        <w:tc>
          <w:tcPr>
            <w:tcW w:type="dxa" w:w="4819"/>
          </w:tcPr>
          <w:p>
            <w:r>
              <w:rPr>
                <w:sz w:val="20"/>
              </w:rPr>
            </w:r>
          </w:p>
        </w:tc>
      </w:tr>
      <w:tr>
        <w:tc>
          <w:tcPr>
            <w:tcW w:type="dxa" w:w="4819"/>
          </w:tcPr>
          <w:p>
            <w:r>
              <w:rPr>
                <w:sz w:val="20"/>
              </w:rPr>
              <w:t>Essen und Haushalt</w:t>
            </w:r>
          </w:p>
        </w:tc>
        <w:tc>
          <w:tcPr>
            <w:tcW w:type="dxa" w:w="4819"/>
          </w:tcPr>
          <w:p>
            <w:r>
              <w:rPr>
                <w:sz w:val="20"/>
              </w:rPr>
            </w:r>
          </w:p>
        </w:tc>
      </w:tr>
      <w:tr>
        <w:tc>
          <w:tcPr>
            <w:tcW w:type="dxa" w:w="4819"/>
          </w:tcPr>
          <w:p>
            <w:r>
              <w:rPr>
                <w:sz w:val="20"/>
              </w:rPr>
              <w:t>Fahrtkosten</w:t>
            </w:r>
          </w:p>
        </w:tc>
        <w:tc>
          <w:tcPr>
            <w:tcW w:type="dxa" w:w="4819"/>
          </w:tcPr>
          <w:p>
            <w:r>
              <w:rPr>
                <w:sz w:val="20"/>
              </w:rPr>
            </w:r>
          </w:p>
        </w:tc>
      </w:tr>
      <w:tr>
        <w:tc>
          <w:tcPr>
            <w:tcW w:type="dxa" w:w="4819"/>
          </w:tcPr>
          <w:p>
            <w:r>
              <w:rPr>
                <w:sz w:val="20"/>
              </w:rPr>
              <w:t>Kinder</w:t>
            </w:r>
          </w:p>
        </w:tc>
        <w:tc>
          <w:tcPr>
            <w:tcW w:type="dxa" w:w="4819"/>
          </w:tcPr>
          <w:p>
            <w:r>
              <w:rPr>
                <w:sz w:val="20"/>
              </w:rPr>
            </w:r>
          </w:p>
        </w:tc>
      </w:tr>
      <w:tr>
        <w:tc>
          <w:tcPr>
            <w:tcW w:type="dxa" w:w="4819"/>
          </w:tcPr>
          <w:p>
            <w:r>
              <w:rPr>
                <w:sz w:val="20"/>
              </w:rPr>
              <w:t>Andere notwendige Kosten</w:t>
            </w:r>
          </w:p>
        </w:tc>
        <w:tc>
          <w:tcPr>
            <w:tcW w:type="dxa" w:w="4819"/>
          </w:tcPr>
          <w:p>
            <w:r>
              <w:rPr>
                <w:sz w:val="20"/>
              </w:rPr>
            </w:r>
          </w:p>
        </w:tc>
      </w:tr>
      <w:tr>
        <w:tc>
          <w:tcPr>
            <w:tcW w:type="dxa" w:w="4819"/>
          </w:tcPr>
          <w:p>
            <w:r>
              <w:rPr>
                <w:sz w:val="20"/>
              </w:rPr>
              <w:t>Übrig für Schuldenraten</w:t>
            </w:r>
          </w:p>
        </w:tc>
        <w:tc>
          <w:tcPr>
            <w:tcW w:type="dxa" w:w="4819"/>
          </w:tcPr>
          <w:p>
            <w:r>
              <w:rPr>
                <w:sz w:val="20"/>
              </w:rPr>
            </w:r>
          </w:p>
        </w:tc>
      </w:tr>
    </w:tbl>
    <w:p/>
    <w:p>
      <w:pPr>
        <w:pStyle w:val="Heading2"/>
      </w:pPr>
      <w:r>
        <w:t>Nach dem Absenden</w:t>
      </w:r>
    </w:p>
    <w:p>
      <w:pPr>
        <w:spacing w:after="60"/>
      </w:pPr>
      <w:r>
        <w:rPr>
          <w:color w:val="2F5BEA"/>
          <w:sz w:val="24"/>
        </w:rPr>
        <w:t xml:space="preserve">☐  </w:t>
      </w:r>
      <w:r>
        <w:t>Ich habe eine Kopie des Briefs behalten.</w:t>
      </w:r>
    </w:p>
    <w:p>
      <w:pPr>
        <w:spacing w:after="60"/>
      </w:pPr>
      <w:r>
        <w:rPr>
          <w:color w:val="2F5BEA"/>
          <w:sz w:val="24"/>
        </w:rPr>
        <w:t xml:space="preserve">☐  </w:t>
      </w:r>
      <w:r>
        <w:t>Ich habe das Versanddatum notiert.</w:t>
      </w:r>
    </w:p>
    <w:p>
      <w:pPr>
        <w:spacing w:after="60"/>
      </w:pPr>
      <w:r>
        <w:rPr>
          <w:color w:val="2F5BEA"/>
          <w:sz w:val="24"/>
        </w:rPr>
        <w:t xml:space="preserve">☐  </w:t>
      </w:r>
      <w:r>
        <w:t>Ich habe ihn per E-Mail oder Einschreiben geschickt.</w:t>
      </w:r>
    </w:p>
    <w:p>
      <w:pPr>
        <w:spacing w:after="60"/>
      </w:pPr>
      <w:r>
        <w:rPr>
          <w:color w:val="2F5BEA"/>
          <w:sz w:val="24"/>
        </w:rPr>
        <w:t xml:space="preserve">☐  </w:t>
      </w:r>
      <w:r>
        <w:t>Ich zahle weiter, was ich kann, während ich auf eine Antwort warte.</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