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797321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i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321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B5336B"/>
          <w:sz w:val="26"/>
        </w:rPr>
        <w:t>MODULO 4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Affrontare il peso emotivo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Note per chi conduce</w:t>
      </w:r>
    </w:p>
    <w:p>
      <w:r>
        <w:rPr>
          <w:b w:val="0"/>
          <w:i/>
          <w:color w:val="4A5568"/>
        </w:rPr>
        <w:t>Programma di formazione FIRE  ·  4 ore</w:t>
      </w:r>
    </w:p>
    <w:p/>
    <w:p>
      <w:r>
        <w:rPr>
          <w:b w:val="0"/>
          <w:i w:val="0"/>
          <w:sz w:val="24"/>
        </w:rPr>
        <w:t>Capire le emozioni che la violenza economica lascia, trovare modi gentili e poco costosi per affrontarle e ricostruire fiducia, voce e una forza che dura.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</w:r>
    </w:p>
    <w:p>
      <w:r>
        <w:br w:type="page"/>
      </w:r>
    </w:p>
    <w:p>
      <w:pPr>
        <w:pStyle w:val="Heading1"/>
      </w:pPr>
      <w:r>
        <w:t>Prima di iniziare</w:t>
      </w:r>
    </w:p>
    <w:p>
      <w:pPr>
        <w:pStyle w:val="ListBullet"/>
        <w:spacing w:after="60"/>
      </w:pPr>
      <w:r>
        <w:t>Leggete le linee guida per educatori e operatori, in particolare le Sezioni 3 e 4 su come rispondere alle rivelazioni.</w:t>
      </w:r>
    </w:p>
    <w:p>
      <w:pPr>
        <w:pStyle w:val="ListBullet"/>
        <w:spacing w:after="60"/>
      </w:pPr>
      <w:r>
        <w:t>Stampate i contatti di aiuto del vostro Paese e teneteli visibili nella stanza.</w:t>
      </w:r>
    </w:p>
    <w:p>
      <w:pPr>
        <w:pStyle w:val="ListBullet"/>
        <w:spacing w:after="60"/>
      </w:pPr>
      <w:r>
        <w:t>Concordate le regole del gruppo: nessuna è obbligata a raccontare storie personali; ciò che si dice nel gruppo resta nel gruppo.</w:t>
      </w:r>
    </w:p>
    <w:p>
      <w:pPr>
        <w:pStyle w:val="ListBullet"/>
        <w:spacing w:after="60"/>
      </w:pPr>
      <w:r>
        <w:t>Prevedete uno spazio tranquillo e una breve pausa in ogni sessione.</w:t>
      </w:r>
    </w:p>
    <w:p>
      <w:pPr>
        <w:pStyle w:val="ListBullet"/>
        <w:spacing w:after="60"/>
      </w:pPr>
      <w:r>
        <w:t>Usate esempi inventati. Non chiedete mai a una partecipante di usare i suoi conti o numeri reali.</w:t>
      </w:r>
    </w:p>
    <w:p>
      <w:pPr>
        <w:pStyle w:val="Heading2"/>
      </w:pPr>
      <w:r>
        <w:t>Se una donna rivela una violenza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Ascoltate con calma e credetele. Ringraziatela per avervelo detto.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Non chiedete dettagli e non spingetela ad agire. Ditele che non è colpa sua.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Offritevi di parlare in privato dopo la sessione e condividete i contatti di aiuto.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Se è in pericolo immediato, chiamate il 112 con il suo consenso.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5.  </w:t>
      </w:r>
      <w:r>
        <w:t>Seguite la procedura di tutela della vostra organizzazione e mantenete la riservatezza.</w:t>
      </w:r>
    </w:p>
    <w:p>
      <w:pPr>
        <w:pStyle w:val="Heading2"/>
      </w:pPr>
      <w:r>
        <w:t>Obiettivi di apprendimento</w:t>
      </w:r>
    </w:p>
    <w:p>
      <w:pPr>
        <w:spacing w:after="0"/>
      </w:pPr>
      <w:r>
        <w:rPr>
          <w:b/>
          <w:i w:val="0"/>
        </w:rPr>
        <w:t>Capire l'impatto</w:t>
      </w:r>
    </w:p>
    <w:p>
      <w:r>
        <w:rPr>
          <w:b w:val="0"/>
          <w:i w:val="0"/>
        </w:rPr>
        <w:t>Riconoscere le emozioni che la violenza economica può causare e capire che sono reazioni normali, non colpe personali.</w:t>
      </w:r>
    </w:p>
    <w:p>
      <w:pPr>
        <w:spacing w:after="0"/>
      </w:pPr>
      <w:r>
        <w:rPr>
          <w:b/>
          <w:i w:val="0"/>
        </w:rPr>
        <w:t>Prendersi cura con gentilezza</w:t>
      </w:r>
    </w:p>
    <w:p>
      <w:r>
        <w:rPr>
          <w:b w:val="0"/>
          <w:i w:val="0"/>
        </w:rPr>
        <w:t>Costruire modi sani, gratuiti o poco costosi per ritrovare calma e proteggere il tuo benessere.</w:t>
      </w:r>
    </w:p>
    <w:p>
      <w:pPr>
        <w:spacing w:after="0"/>
      </w:pPr>
      <w:r>
        <w:rPr>
          <w:b/>
          <w:i w:val="0"/>
        </w:rPr>
        <w:t>Ricostruire la fiducia</w:t>
      </w:r>
    </w:p>
    <w:p>
      <w:r>
        <w:rPr>
          <w:b w:val="0"/>
          <w:i w:val="0"/>
        </w:rPr>
        <w:t>Ritrovare il tuo valore e la tua voce, e vedere le forze che sono sempre state tue.</w:t>
      </w:r>
    </w:p>
    <w:p>
      <w:pPr>
        <w:spacing w:after="0"/>
      </w:pPr>
      <w:r>
        <w:rPr>
          <w:b/>
          <w:i w:val="0"/>
        </w:rPr>
        <w:t>Una forza che dura</w:t>
      </w:r>
    </w:p>
    <w:p>
      <w:r>
        <w:rPr>
          <w:b w:val="0"/>
          <w:i w:val="0"/>
        </w:rPr>
        <w:t>Sviluppare abitudini, sostegno e uno sguardo che ti aiutano a riprenderti e a diventare più forte.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LEZIONE 4.1  ·  50 MIN</w:t>
      </w:r>
    </w:p>
    <w:p>
      <w:pPr>
        <w:pStyle w:val="Heading1"/>
      </w:pPr>
      <w:r>
        <w:t>L'impatto emotivo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sui contenuti</w:t>
            </w:r>
          </w:p>
          <w:p>
            <w:r>
              <w:t>Questa lezione parla di emozioni difficili. Vai con i tuoi tempi, fai delle pause e condividi solo ciò che vuoi.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La violenza economica non ferisce solo il conto in banca. Questa lezione dà un nome, con delicatezza, alle emozioni che può lasciare. Spiega anche perché sono normali e perché non sono colpa tua.</w:t>
      </w:r>
    </w:p>
    <w:p>
      <w:pPr>
        <w:pStyle w:val="Heading2"/>
      </w:pPr>
      <w:r>
        <w:t>La lezione in breve</w:t>
      </w:r>
    </w:p>
    <w:p>
      <w:pPr>
        <w:pStyle w:val="ListBullet"/>
        <w:spacing w:after="60"/>
      </w:pPr>
      <w:r>
        <w:t>Nominare emozioni comuni causate dalla violenza economica</w:t>
      </w:r>
    </w:p>
    <w:p>
      <w:pPr>
        <w:pStyle w:val="ListBullet"/>
        <w:spacing w:after="60"/>
      </w:pPr>
      <w:r>
        <w:t>Spiegare perché queste emozioni sono reazioni normali</w:t>
      </w:r>
    </w:p>
    <w:p>
      <w:pPr>
        <w:pStyle w:val="ListBullet"/>
        <w:spacing w:after="60"/>
      </w:pPr>
      <w:r>
        <w:t>Descrivere quattro motivi per cui la violenza economica ferisce così a fondo</w:t>
      </w:r>
    </w:p>
    <w:p>
      <w:pPr>
        <w:pStyle w:val="ListBullet"/>
        <w:spacing w:after="60"/>
      </w:pPr>
      <w:r>
        <w:t>Ricordare le verità che aiutano quando la vergogna è forte</w:t>
      </w:r>
    </w:p>
    <w:p>
      <w:pPr>
        <w:spacing w:after="40"/>
      </w:pPr>
      <w:r>
        <w:rPr>
          <w:b/>
          <w:i w:val="0"/>
        </w:rPr>
        <w:t>Parole chiave</w:t>
      </w:r>
    </w:p>
    <w:p>
      <w:pPr>
        <w:pStyle w:val="ListBullet"/>
        <w:spacing w:after="60"/>
      </w:pPr>
      <w:r>
        <w:t>Impatto emotivo: L'effetto che un'esperienza ha sulle tue emozioni, sulla tua energia e su come vedi te stessa.</w:t>
      </w:r>
    </w:p>
    <w:p>
      <w:pPr>
        <w:pStyle w:val="ListBullet"/>
        <w:spacing w:after="60"/>
      </w:pPr>
      <w:r>
        <w:t>Ansia: Una forte sensazione di preoccupazione o paura che può rendere il corpo teso e difficile da calmare.</w:t>
      </w:r>
    </w:p>
    <w:p>
      <w:pPr>
        <w:pStyle w:val="ListBullet"/>
        <w:spacing w:after="60"/>
      </w:pPr>
      <w:r>
        <w:t>Vergogna: Un'emozione dolorosa: sentire che c'è qualcosa di sbagliato in te. Dopo la violenza, spesso non è meritata.</w:t>
      </w:r>
    </w:p>
    <w:p>
      <w:pPr>
        <w:pStyle w:val="ListBullet"/>
        <w:spacing w:after="60"/>
      </w:pPr>
      <w:r>
        <w:t>Senso di colpa: Pensare che quello che è successo sia colpa tua. La violenza è sempre responsabilità di chi la esercita.</w:t>
      </w:r>
    </w:p>
    <w:p>
      <w:pPr>
        <w:pStyle w:val="ListBullet"/>
        <w:spacing w:after="60"/>
      </w:pPr>
      <w:r>
        <w:t>Lutto: La tristezza che proviamo dopo una perdita: di tempo, di fiducia o della vita che speravamo.</w:t>
      </w:r>
    </w:p>
    <w:p>
      <w:pPr>
        <w:pStyle w:val="Heading2"/>
      </w:pPr>
      <w:r>
        <w:t>Slide per slide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Titolo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per chi conduce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Più di un problema di soldi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Iniziate con delicatezza. Ricordate al gruppo che nessuna deve raccontare storie personali e che si può uscire dalla stanza in qualsiasi momento.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Emozioni che molte donne condividono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Leggete le schede lentamente. Invitate a notare in silenzio quali emozioni si riconoscono, senza dirle ad alta voce.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Una reazione normale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Fermatevi qui. Lasciate che il messaggio si sedimenti prima di andare avanti. Evitate parole che suonino come una diagnosi.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Perché la violenza economica ferisce così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Capire perché fa male aiuta le donne a essere pazienti con sé stesse. Sottolineate l'ultimo punto: guarire lentamente non è un fallimento.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Che cosa dice la vergogna, e che cosa è vero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Aggiunta per rendere concrete le «verità» della presentazione. Chiedete: quale risposta vorreste che sentisse un'amica?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Verità da portare con te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Suggerite di scrivere la verità più importante per ciascuna e di tenerla in un posto sicuro.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Prenditi cura di te mentre impari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Prima della slide sull'aiuto, chiedete al gruppo come sta. Tenete pronti i contatti dei servizi locali e restate disponibili dopo l'incontro.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Non devi portare questo peso da sola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È l'unica slide sull'aiuto dentro una lezione di questo modulo. I contatti vengono dall'elenco di aiuti verificato.</w:t>
            </w:r>
          </w:p>
        </w:tc>
      </w:tr>
    </w:tbl>
    <w:p>
      <w:pPr>
        <w:spacing w:after="40"/>
      </w:pPr>
    </w:p>
    <w:p>
      <w:pPr>
        <w:pStyle w:val="Heading2"/>
      </w:pPr>
      <w:r>
        <w:t>Verifica cosa hai capito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Nomina due emozioni che la violenza economica può lasciare.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Perché queste emozioni sono una reazione normale a una situazione che normale non è?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Indica due motivi per cui la violenza economica può ferire così a fondo.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Quale verità di questa lezione condivideresti con un'amica, e perché?</w:t>
      </w:r>
    </w:p>
    <w:p>
      <w:pPr>
        <w:pStyle w:val="Heading2"/>
      </w:pPr>
      <w:r>
        <w:t>Esercizio 4.1: Una lettera di gentilezza</w:t>
      </w:r>
    </w:p>
    <w:p>
      <w:r>
        <w:rPr>
          <w:b w:val="0"/>
          <w:i/>
          <w:color w:val="4A5568"/>
        </w:rPr>
        <w:t>20 min  ·  Individuale</w:t>
      </w:r>
    </w:p>
    <w:p>
      <w:r>
        <w:rPr>
          <w:b w:val="0"/>
          <w:i w:val="0"/>
        </w:rPr>
        <w:t>Prova a offrire a te stessa la gentilezza che daresti a un'amica. È un modo delicato per alleggerire la vergogna.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Passo 1 — Immagina: Immagina un'amica cara nella tua situazione, che si sente come te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Passo 2 — Scrivi: Scrivile un breve biglietto; Che cosa vorresti che sapesse?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Passo 3 — Nota: Nota il calore e la comprensione nelle tue parole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Passo 4 — Rileggi e conserva: Rileggi il biglietto come se fosse scritto per te; Conservalo in un posto sicuro per rileggerlo in una giornata difficile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Offrite tempo in silenzio e fogli; le lettere non si raccolgono e non si leggono ad alta voce. Alcune donne possono commuoversi: offrite una pausa e una parola tranquilla. Se una partecipante racconta una violenza, ascoltatela con calma, credetele, non chiedete dettagli e offritele i contatti di aiuto e un colloquio privato dopo.</w:t>
            </w:r>
          </w:p>
        </w:tc>
      </w:tr>
    </w:tbl>
    <w:p>
      <w:pPr>
        <w:spacing w:after="40"/>
      </w:pPr>
    </w:p>
    <w:p>
      <w:pPr>
        <w:pStyle w:val="Heading2"/>
      </w:pPr>
      <w:r>
        <w:t>Riflessione 4.2: Il peso che portiamo</w:t>
      </w:r>
    </w:p>
    <w:p>
      <w:r>
        <w:rPr>
          <w:b w:val="0"/>
          <w:i/>
          <w:color w:val="4A5568"/>
        </w:rPr>
        <w:t>15 min  ·  In gruppo</w:t>
      </w:r>
    </w:p>
    <w:p>
      <w:r>
        <w:rPr>
          <w:b w:val="0"/>
          <w:i w:val="0"/>
        </w:rPr>
        <w:t>Dire le emozioni ad alta voce in uno spazio sicuro può alleggerirle. Condividi solo ciò che vuoi; ascoltare ha lo stesso valore.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Quali emozioni di oggi ti sono sembrate familiari?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Che cosa ti ha aiutata, anche solo un po', in una giornata difficile?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Come sarebbe lasciare andare un po' di vergogna?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Concordate prima le regole: riservatezza, niente consigli, diritto di passare. Mantenete un tono delicato e generale. Se qualcuna si agita, fermatevi e offrite una pausa con una co-conduttrice. Se una partecipante racconta una violenza, ringraziatela, credetele e riprendete in privato con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Attività interattiva: La vergogna dice, la verità risponde</w:t>
      </w:r>
    </w:p>
    <w:p>
      <w:r>
        <w:rPr>
          <w:b w:val="0"/>
          <w:i w:val="0"/>
        </w:rPr>
        <w:t>Sul fronte leggi che cosa dice la vergogna. Gira la carta per leggere una risposta più gentile e più vera.</w:t>
      </w:r>
    </w:p>
    <w:p>
      <w:pPr>
        <w:pStyle w:val="Heading2"/>
      </w:pPr>
      <w:r>
        <w:t>Risposte del quiz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Come descrive questo modulo le emozioni che la violenza economica può causare?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Una reazione normale a una situazione che normale non è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Sono reazioni umane normali a un trattamento che nessuna persona dovrebbe subire.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Chi è responsabile della violenza economica?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Solo chi ha scelto di maltrattare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La responsabilità è solo di chi ha scelto di maltrattare, mai di chi l'ha vissuta.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Perché la violenza economica può far sentire così sole?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Spesso gli altri non la vedono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Poiché gli altri possono non vederla o non capirla, le donne si sentono sole e messe in dubbio.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emozione è comune dopo la violenza economica?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Tutte queste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Ansia, vergogna, fiducia perduta e lutto sono emozioni comuni e condivise.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Perché la guarigione può sembrare lenta?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Perché debiti e ricostruzione possono durare dopo la violenza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Effetti come i debiti possono durare oltre la relazione. Guarire lentamente dipende dalla situazione, non è un suo fallimento.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LEZIONE 4.2  ·  55 MIN</w:t>
      </w:r>
    </w:p>
    <w:p>
      <w:pPr>
        <w:pStyle w:val="Heading1"/>
      </w:pPr>
      <w:r>
        <w:t>Affrontare le difficoltà e prendersi cura di sé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sui contenuti</w:t>
            </w:r>
          </w:p>
          <w:p>
            <w:r>
              <w:t>Questa lezione propone modi per prenderti cura di te. Usa ciò che ti aiuta, lascia il resto e fai pause quando ne hai bisogno.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Guarire non è un unico grande salto, ma tanti piccoli gesti gentili. Questa lezione propone modi pratici per ritrovare calma, quasi tutti gratuiti. Costruisci anche la tua cassetta degli attrezzi per i momenti difficili.</w:t>
      </w:r>
    </w:p>
    <w:p>
      <w:pPr>
        <w:pStyle w:val="Heading2"/>
      </w:pPr>
      <w:r>
        <w:t>La lezione in breve</w:t>
      </w:r>
    </w:p>
    <w:p>
      <w:pPr>
        <w:pStyle w:val="ListBullet"/>
        <w:spacing w:after="60"/>
      </w:pPr>
      <w:r>
        <w:t>Nominare quattro modi sani di affrontare le difficoltà</w:t>
      </w:r>
    </w:p>
    <w:p>
      <w:pPr>
        <w:pStyle w:val="ListBullet"/>
        <w:spacing w:after="60"/>
      </w:pPr>
      <w:r>
        <w:t>Scegliere idee gratuite di cura di sé adatte a te</w:t>
      </w:r>
    </w:p>
    <w:p>
      <w:pPr>
        <w:pStyle w:val="ListBullet"/>
        <w:spacing w:after="60"/>
      </w:pPr>
      <w:r>
        <w:t>Usare quattro passi per ritrovare calma quando sale l'ansia</w:t>
      </w:r>
    </w:p>
    <w:p>
      <w:pPr>
        <w:pStyle w:val="ListBullet"/>
        <w:spacing w:after="60"/>
      </w:pPr>
      <w:r>
        <w:t>Notare che cosa ti toglie energia e che cosa te la restituisce</w:t>
      </w:r>
    </w:p>
    <w:p>
      <w:pPr>
        <w:spacing w:after="40"/>
      </w:pPr>
      <w:r>
        <w:rPr>
          <w:b/>
          <w:i w:val="0"/>
        </w:rPr>
        <w:t>Parole chiave</w:t>
      </w:r>
    </w:p>
    <w:p>
      <w:pPr>
        <w:pStyle w:val="ListBullet"/>
        <w:spacing w:after="60"/>
      </w:pPr>
      <w:r>
        <w:t>Affrontare: I modi in cui gestisci lo stress e le emozioni difficili. Alcuni aiutano più di altri.</w:t>
      </w:r>
    </w:p>
    <w:p>
      <w:pPr>
        <w:pStyle w:val="ListBullet"/>
        <w:spacing w:after="60"/>
      </w:pPr>
      <w:r>
        <w:t>Cura di sé: Piccoli gesti regolari che fanno bene al corpo e alla mente. Non deve costare soldi.</w:t>
      </w:r>
    </w:p>
    <w:p>
      <w:pPr>
        <w:pStyle w:val="ListBullet"/>
        <w:spacing w:after="60"/>
      </w:pPr>
      <w:r>
        <w:t>Radicamento: Un modo semplice per riportare l'attenzione al momento presente e calmare il corpo.</w:t>
      </w:r>
    </w:p>
    <w:p>
      <w:pPr>
        <w:pStyle w:val="ListBullet"/>
        <w:spacing w:after="60"/>
      </w:pPr>
      <w:r>
        <w:t>Limite: Un confine che metti per proteggere il tuo tempo, la tua energia e il tuo benessere, per esempio dire di no.</w:t>
      </w:r>
    </w:p>
    <w:p>
      <w:pPr>
        <w:pStyle w:val="ListBullet"/>
        <w:spacing w:after="60"/>
      </w:pPr>
      <w:r>
        <w:t>Consulente: Una persona formata che ti ascolta in modo riservato e ti aiuta ad attraversare emozioni difficili.</w:t>
      </w:r>
    </w:p>
    <w:p>
      <w:pPr>
        <w:pStyle w:val="Heading2"/>
      </w:pPr>
      <w:r>
        <w:t>Slide per slide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Titolo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per chi conduce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Modi sani di affrontare le difficoltà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Chiedete da quale sia più facile cominciare questa settimana. Non c'è un'unica risposta giusta.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Quando chiedere più sostegno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Aggiunta per sicurezza. Non fate valutazioni. Se qualcuna parla di farsi del male, restate calme, restatele accanto e aiutatela a raggiungere un aiuto urgente.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Cura di sé gratuita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Sottolineate che la cura di sé non è un prodotto di lusso. Molte donne del gruppo possono avere pochissimi soldi o poco tempo.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Quattro modi gratuiti per prenderti cura di te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Invitate il gruppo ad aggiungere idee gratuite proprie. Raccoglietele su un cartellone, senza nomi.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Ritrovare calma nei momenti difficili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Fate i passi insieme, lentamente. Il respiro è sempre facoltativo; alcune persone preferiscono tenere gli occhi aperti.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Che cosa ti svuota e che cosa ti ricarica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Non è un elenco di regole. Bastano piccoli cambiamenti.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La tua cassetta della calma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Introduce l'Esercizio 4.3 e lo strumento Cassetta della calma sul sito FIRE.</w:t>
            </w:r>
          </w:p>
        </w:tc>
      </w:tr>
    </w:tbl>
    <w:p>
      <w:pPr>
        <w:spacing w:after="40"/>
      </w:pPr>
    </w:p>
    <w:p>
      <w:pPr>
        <w:pStyle w:val="Heading2"/>
      </w:pPr>
      <w:r>
        <w:t>Verifica cosa hai capito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Nomina due modi sani di affrontare lo stress.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Fai due esempi di cura di sé che non costa niente.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Quali sono i quattro passi per ritrovare calma?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Quando è una buona idea chiedere un sostegno professionale?</w:t>
      </w:r>
    </w:p>
    <w:p>
      <w:pPr>
        <w:pStyle w:val="Heading2"/>
      </w:pPr>
      <w:r>
        <w:t>Esercizio 4.3: Costruisci la tua cassetta della calma</w:t>
      </w:r>
    </w:p>
    <w:p>
      <w:r>
        <w:rPr>
          <w:b w:val="0"/>
          <w:i/>
          <w:color w:val="4A5568"/>
        </w:rPr>
        <w:t>20 min  ·  Individuale</w:t>
      </w:r>
    </w:p>
    <w:p>
      <w:r>
        <w:rPr>
          <w:b w:val="0"/>
          <w:i w:val="0"/>
        </w:rPr>
        <w:t>Crea un piccolo insieme personale di strategie pronte per i momenti difficili, così non devi pensarci quando ti servono.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Passo 1 — Che cosa aiuta: Elenca tre cose che ti aiutano sempre a sentirti più calma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Passo 2 — Chi e che cosa: Aggiungi una persona a cui potresti rivolgerti; Aggiungi un gesto gratuito di cura di sé che ti piace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Passo 3 — Nel momento: Scegli un passo per ritrovare calma da ricordare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Passo 4 — Prepara il biglietto: Scrivi la tua cassetta della calma su un piccolo biglietto; Tienilo in un posto sicuro e privato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Alcune donne potrebbero non avere nessuna persona sicura da nominare: suggerite un numero di aiuto o un servizio di sostegno. I biglietti restano privati. Se qualcuna si agita o racconta una violenza, fermatevi, ascoltate senza giudicare e offrite i contatti di aiuto e un colloquio privato dopo.</w:t>
            </w:r>
          </w:p>
        </w:tc>
      </w:tr>
    </w:tbl>
    <w:p>
      <w:pPr>
        <w:spacing w:after="40"/>
      </w:pPr>
    </w:p>
    <w:p>
      <w:pPr>
        <w:pStyle w:val="Heading2"/>
      </w:pPr>
      <w:r>
        <w:t>Riflessione 4.4: Il permesso di riposare</w:t>
      </w:r>
    </w:p>
    <w:p>
      <w:r>
        <w:rPr>
          <w:b w:val="0"/>
          <w:i/>
          <w:color w:val="4A5568"/>
        </w:rPr>
        <w:t>15 min  ·  In gruppo</w:t>
      </w:r>
    </w:p>
    <w:p>
      <w:r>
        <w:rPr>
          <w:b w:val="0"/>
          <w:i w:val="0"/>
        </w:rPr>
        <w:t>Molte donne che hanno vissuto la violenza fanno fatica a sentire di meritare cura. Parlarne insieme può essere liberatorio.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Che cosa vuol dire per te, adesso, «prenderti cura di te»?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Che cosa ti rende difficile darti il permesso di riposare?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Qual è una cosa gentile che potresti fare per te questa settimana?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Riconoscete il senso di colpa come comune, mai come una colpa. Proponete idee di cura di sé gratuite o poco costose. Se una partecipante racconta qualcosa di doloroso o una violenza, rispondete con calma, credetele e offritele un colloquio privato 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Attività interattiva: Costruisci la tua cassetta della calma</w:t>
      </w:r>
    </w:p>
    <w:p>
      <w:r>
        <w:rPr>
          <w:b w:val="0"/>
          <w:i w:val="0"/>
        </w:rPr>
        <w:t>Compila ogni parte per creare un piccolo biglietto per i momenti difficili. Tienilo in un posto privato e sicuro.</w:t>
      </w:r>
    </w:p>
    <w:p>
      <w:pPr>
        <w:pStyle w:val="Heading2"/>
      </w:pPr>
      <w:r>
        <w:t>Risposte del quiz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di questi è un modo gratuito per prenderti cura di te?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Una passeggiata all'aperto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Il tempo nella natura non costa niente e può calmare la mente e migliorare l'umore.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è il secondo passo per ritrovare calma, dopo «fermati»?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Respira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 passi sono: fermati, respira, osserva e addolcisci.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Perché dire di no è un modo di prendersi cura di sé?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Protegge il tuo tempo e la tua energia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Limiti gentili proteggono il tuo tempo e la tua energia. Hai il diritto di metterli.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cosa di solito ti ricarica?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Parlare con una persona sicura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Parlare con una persona sicura allevia la solitudine e ti aiuta a elaborare ciò che è successo.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Quando è una buona idea cercare un sostegno professionale?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Quando le emozioni pesanti non passano con il tempo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Chiedere aiuto presto è saggio. Consulenti e servizi di sostegno offrono uno spazio sicuro e riservato.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LEZIONE 4.3  ·  55 MIN</w:t>
      </w:r>
    </w:p>
    <w:p>
      <w:pPr>
        <w:pStyle w:val="Heading1"/>
      </w:pPr>
      <w:r>
        <w:t>Fiducia in sé ed empowerment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sui contenuti</w:t>
            </w:r>
          </w:p>
          <w:p>
            <w:r>
              <w:t>Questa lezione racconta una storia di ripresa dopo la violenza economica. Prenditi cura di te e condividi solo ciò che vuoi.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La violenza cerca di farti sentire piccola. Questa lezione ti aiuta a ritrovare il tuo valore e la tua voce e a vedere la forza che è sempre stata tua. Conosci Marta, che ha ricostruito la sua fiducia passo dopo passo.</w:t>
      </w:r>
    </w:p>
    <w:p>
      <w:pPr>
        <w:pStyle w:val="Heading2"/>
      </w:pPr>
      <w:r>
        <w:t>La lezione in breve</w:t>
      </w:r>
    </w:p>
    <w:p>
      <w:pPr>
        <w:pStyle w:val="ListBullet"/>
        <w:spacing w:after="60"/>
      </w:pPr>
      <w:r>
        <w:t>Spiegare perché il proprio valore non si guadagna e non si perde</w:t>
      </w:r>
    </w:p>
    <w:p>
      <w:pPr>
        <w:pStyle w:val="ListBullet"/>
        <w:spacing w:after="60"/>
      </w:pPr>
      <w:r>
        <w:t>Nominare quattro fonti di fiducia</w:t>
      </w:r>
    </w:p>
    <w:p>
      <w:pPr>
        <w:pStyle w:val="ListBullet"/>
        <w:spacing w:after="60"/>
      </w:pPr>
      <w:r>
        <w:t>Descrivere quattro passi per riprendersi la propria voce</w:t>
      </w:r>
    </w:p>
    <w:p>
      <w:pPr>
        <w:pStyle w:val="ListBullet"/>
        <w:spacing w:after="60"/>
      </w:pPr>
      <w:r>
        <w:t>Riconoscere che cosa ha aiutato Marta a ricostruire la fiducia</w:t>
      </w:r>
    </w:p>
    <w:p>
      <w:pPr>
        <w:spacing w:after="40"/>
      </w:pPr>
      <w:r>
        <w:rPr>
          <w:b/>
          <w:i w:val="0"/>
        </w:rPr>
        <w:t>Parole chiave</w:t>
      </w:r>
    </w:p>
    <w:p>
      <w:pPr>
        <w:pStyle w:val="ListBullet"/>
        <w:spacing w:after="60"/>
      </w:pPr>
      <w:r>
        <w:t>Valore personale: Il senso del tuo valore come persona. Fa parte di te, non è qualcosa che devi guadagnare.</w:t>
      </w:r>
    </w:p>
    <w:p>
      <w:pPr>
        <w:pStyle w:val="ListBullet"/>
        <w:spacing w:after="60"/>
      </w:pPr>
      <w:r>
        <w:t>Fiducia in sé: Credere nelle proprie capacità e scelte. Cresce con l'azione e il sostegno.</w:t>
      </w:r>
    </w:p>
    <w:p>
      <w:pPr>
        <w:pStyle w:val="ListBullet"/>
        <w:spacing w:after="60"/>
      </w:pPr>
      <w:r>
        <w:t>Dialogo interiore: Il modo in cui ti parli nella tua testa. Influenza come ti senti.</w:t>
      </w:r>
    </w:p>
    <w:p>
      <w:pPr>
        <w:pStyle w:val="ListBullet"/>
        <w:spacing w:after="60"/>
      </w:pPr>
      <w:r>
        <w:t>Autocompassione: Trattare te stessa con la stessa gentilezza che offriresti a una buona amica.</w:t>
      </w:r>
    </w:p>
    <w:p>
      <w:pPr>
        <w:pStyle w:val="ListBullet"/>
        <w:spacing w:after="60"/>
      </w:pPr>
      <w:r>
        <w:t>Gruppo di auto-mutuo aiuto: Un gruppo di persone con esperienze simili che si incontrano per ascoltarsi e aiutarsi.</w:t>
      </w:r>
    </w:p>
    <w:p>
      <w:pPr>
        <w:pStyle w:val="Heading2"/>
      </w:pPr>
      <w:r>
        <w:t>Slide per slide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Titolo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per chi conduce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Il tuo valore è tuo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Lasciate che la frase si sedimenti. Per alcune donne può essere difficile da accettare; va bene così.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Ritrovare il tuo valore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Chiedete esempi di piccole scelte, restando sul generale. Non spingete nessuna a dire che cosa le è stato detto.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Da dove nasce davvero la fiducia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La fiducia si costruisce: non è una dote che si ha o non si ha. Collegate i piccoli successi alle competenze del Modulo 2.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Da un dialogo interiore duro a uno gentile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Esempi aggiunti per illustrare il punto della presentazione sul dialogo interiore. Invitate a scrivere una propria frase più gentile.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Riprendersi la propria voce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Rassicurate il gruppo che è un percorso graduale. Mettere limiti deve sempre essere sicuro; la sicurezza viene prima.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Marta ritrova la sua voce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Caso di studio dalla presentazione dei partner. Tenete la discussione sulla storia di Marta, non sulla vita delle partecipanti.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La fiducia cresce agendo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Collegate all'Esercizio 4.5 e allo strumento Inventario delle forze sul sito FIRE.</w:t>
            </w:r>
          </w:p>
        </w:tc>
      </w:tr>
    </w:tbl>
    <w:p>
      <w:pPr>
        <w:spacing w:after="40"/>
      </w:pPr>
    </w:p>
    <w:p>
      <w:pPr>
        <w:pStyle w:val="Heading2"/>
      </w:pPr>
      <w:r>
        <w:t>Verifica cosa hai capito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Perché questa lezione dice che il proprio valore non si guadagna e non si perde?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Nomina due delle quattro fonti di fiducia.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Quali sono i quattro passi per riprendersi la propria voce?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Che cosa ha aiutato Marta a ricostruire la fiducia?</w:t>
      </w:r>
    </w:p>
    <w:p>
      <w:pPr>
        <w:pStyle w:val="Heading2"/>
      </w:pPr>
      <w:r>
        <w:t>Esercizio 4.5: Il tuo inventario delle forze</w:t>
      </w:r>
    </w:p>
    <w:p>
      <w:r>
        <w:rPr>
          <w:b w:val="0"/>
          <w:i/>
          <w:color w:val="4A5568"/>
        </w:rPr>
        <w:t>20 min  ·  Individuale</w:t>
      </w:r>
    </w:p>
    <w:p>
      <w:r>
        <w:rPr>
          <w:b w:val="0"/>
          <w:i w:val="0"/>
        </w:rPr>
        <w:t>Raccogli le prove delle tue capacità. È un modo gentile di rispondere alla voce del dubbio.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Passo 1 — Ciò che hai superato: Elenca tre cose difficili che hai superato; Usa solo poche parole per ognuna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Passo 2 — Dai un nome alla forza: Per ognuna, nomina una forza che ti è servita per superarla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Passo 3 — Aggiungi altro: Aggiungi una capacità o una qualità che gli altri apprezzano in te; Annota un piccolo successo dell'ultima settimana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Passo 4 — Leggilo: Leggi tutto l'elenco lentamente, ad alta voce o in silenzio, per 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Ricordate che non serve scrivere della violenza; ogni difficoltà conta. Se qualcuna si commuove, offrite una pausa e una parola tranquilla. Se una partecipante racconta una violenza, ascoltatela, credetele, evitate consigli davanti al gruppo e offritele in privato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Riflessione 4.6: La voce che ritorna</w:t>
      </w:r>
    </w:p>
    <w:p>
      <w:r>
        <w:rPr>
          <w:b w:val="0"/>
          <w:i/>
          <w:color w:val="4A5568"/>
        </w:rPr>
        <w:t>15 min  ·  In gruppo</w:t>
      </w:r>
    </w:p>
    <w:p>
      <w:r>
        <w:rPr>
          <w:b w:val="0"/>
          <w:i w:val="0"/>
        </w:rPr>
        <w:t>Riprendersi la propria voce può sembrare strano all'inizio. Dire ad alta voce che cosa vuoi fa parte dell'esercizio.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Quando ti sei sentita ascoltata davvero l'ultima volta, e come ti sei sentita?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Qual è un'opinione o un desiderio che vorresti esprimere più liberamente?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Che cosa faresti di diverso se ti fidassi completamente di te?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Date l'esempio di un buon ascolto: senza interrompere, senza giudicare. Tutte possono passare. Se qualcuna si agita o racconta una violenza, accoglietelo con gentilezza, verificate che si senta al sicuro e offritele un colloquio privato e i contatti di aiuto dopo l'incontro.</w:t>
            </w:r>
          </w:p>
        </w:tc>
      </w:tr>
    </w:tbl>
    <w:p>
      <w:pPr>
        <w:spacing w:after="40"/>
      </w:pPr>
    </w:p>
    <w:p>
      <w:pPr>
        <w:pStyle w:val="Heading2"/>
      </w:pPr>
      <w:r>
        <w:t>Attività interattiva: Piccoli passi, voce più forte</w:t>
      </w:r>
    </w:p>
    <w:p>
      <w:r>
        <w:rPr>
          <w:b w:val="0"/>
          <w:i w:val="0"/>
        </w:rPr>
        <w:t>Leggi ogni situazione e scegli la risposta che sostiene meglio la fiducia. Nessuna scelta è motivo di vergogna.</w:t>
      </w:r>
    </w:p>
    <w:p>
      <w:pPr>
        <w:pStyle w:val="Heading2"/>
      </w:pPr>
      <w:r>
        <w:t>Risposte del quiz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Secondo questa lezione, che cosa ha fatto la violenza al tuo valore?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L'ha nascosto, ma non l'ha cancellato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Il tuo valore non si guadagna e non si perde. La violenza l'ha nascosto, non te l'ha tolto.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NON è una delle quattro fonti di fiducia?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Non sbagliare mai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La fiducia cresce da piccoli successi, nuove capacità, persone che sostengono e autocompassione. Sbagliare è normale.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è il primo passo per riprendersi la propria voce?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Notare le proprie opinioni ed emozioni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 passi sono: notare, esprimere, mettere limiti e decidere.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cosa ha aiutato Marta a ricostruire la fiducia?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Ascolto, un gruppo di auto-mutuo aiuto e piccoli passi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Sostegno, piccoli successi e tempo hanno aiutato Marta. Oggi accompagna altre donne.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frase è un esempio di dialogo interiore più gentile?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Ho fatto un errore, e posso riprovare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Parlarti come parleresti a un'amica ricostruisce la fiducia in te.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LEZIONE 4.4  ·  50 MIN</w:t>
      </w:r>
    </w:p>
    <w:p>
      <w:pPr>
        <w:pStyle w:val="Heading1"/>
      </w:pPr>
      <w:r>
        <w:t>Una forza che dura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sui contenuti</w:t>
            </w:r>
          </w:p>
          <w:p>
            <w:r>
              <w:t>Questa lezione guarda al futuro. Alcune riflessioni possono risvegliare emozioni. Vai con i tuoi tempi e condividi solo ciò che vuoi.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Essere resilienti non vuol dire non fare mai fatica. Vuol dire piegarsi, riprendersi e crescere. Questa lezione ti aiuta a costruire una forza che dura e un piano semplice per restare sostenuta.</w:t>
      </w:r>
    </w:p>
    <w:p>
      <w:pPr>
        <w:pStyle w:val="Heading2"/>
      </w:pPr>
      <w:r>
        <w:t>La lezione in breve</w:t>
      </w:r>
    </w:p>
    <w:p>
      <w:pPr>
        <w:pStyle w:val="ListBullet"/>
        <w:spacing w:after="60"/>
      </w:pPr>
      <w:r>
        <w:t>Spiegare che cos'è la resilienza, e che cosa non è</w:t>
      </w:r>
    </w:p>
    <w:p>
      <w:pPr>
        <w:pStyle w:val="ListBullet"/>
        <w:spacing w:after="60"/>
      </w:pPr>
      <w:r>
        <w:t>Nominare i quattro pilastri della resilienza</w:t>
      </w:r>
    </w:p>
    <w:p>
      <w:pPr>
        <w:pStyle w:val="ListBullet"/>
        <w:spacing w:after="60"/>
      </w:pPr>
      <w:r>
        <w:t>Scegliere piccole abitudini quotidiane che ti mantengono forte</w:t>
      </w:r>
    </w:p>
    <w:p>
      <w:pPr>
        <w:pStyle w:val="ListBullet"/>
        <w:spacing w:after="60"/>
      </w:pPr>
      <w:r>
        <w:t>Creare un semplice piano personale di resilienza</w:t>
      </w:r>
    </w:p>
    <w:p>
      <w:pPr>
        <w:spacing w:after="40"/>
      </w:pPr>
      <w:r>
        <w:rPr>
          <w:b/>
          <w:i w:val="0"/>
        </w:rPr>
        <w:t>Parole chiave</w:t>
      </w:r>
    </w:p>
    <w:p>
      <w:pPr>
        <w:pStyle w:val="ListBullet"/>
        <w:spacing w:after="60"/>
      </w:pPr>
      <w:r>
        <w:t>Resilienza: La capacità di affrontare momenti difficili, piegarsi senza spezzarsi, poi riprendersi e crescere.</w:t>
      </w:r>
    </w:p>
    <w:p>
      <w:pPr>
        <w:pStyle w:val="ListBullet"/>
        <w:spacing w:after="60"/>
      </w:pPr>
      <w:r>
        <w:t>Rete di sostegno: Le persone e i servizi a cui puoi rivolgerti: famiglia, amiche, gruppi e professionisti.</w:t>
      </w:r>
    </w:p>
    <w:p>
      <w:pPr>
        <w:pStyle w:val="ListBullet"/>
        <w:spacing w:after="60"/>
      </w:pPr>
      <w:r>
        <w:t>Benessere: Stare bene nel corpo e nella mente, e riuscire ad affrontare la vita di ogni giorno.</w:t>
      </w:r>
    </w:p>
    <w:p>
      <w:pPr>
        <w:pStyle w:val="ListBullet"/>
        <w:spacing w:after="60"/>
      </w:pPr>
      <w:r>
        <w:t>Senso: La sensazione di che cosa conta per te e ti dà motivi per andare avanti.</w:t>
      </w:r>
    </w:p>
    <w:p>
      <w:pPr>
        <w:pStyle w:val="ListBullet"/>
        <w:spacing w:after="60"/>
      </w:pPr>
      <w:r>
        <w:t>Momento di ascolto: Un breve momento gentile per notare come stai. Non è un esame.</w:t>
      </w:r>
    </w:p>
    <w:p>
      <w:pPr>
        <w:pStyle w:val="Heading2"/>
      </w:pPr>
      <w:r>
        <w:t>Slide per slide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Titolo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per chi conduce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Che cosa significa davvero resilienza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Mettete in discussione l'idea che le donne forti non abbiano mai bisogno di aiuto. La resilienza comprende chiedere sostegno.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Non affrontare la vita da sola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Fermatevi. Chiedete al gruppo di pensare in silenzio a una persona o a un luogo che le sostiene.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I pilastri della resilienza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 pilastri si sostengono a vicenda. Curarne uno spesso rafforza anche gli altri.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Piccole abitudini che ti sostengono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Chiedete a ciascuna di scegliere un'abitudine da proteggere nella prossima settimana. Piccola e realistica.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Un controllo gentile del benessere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Le risposte sono private. Festeggiate ogni «sì»; trattate ogni «non ancora» come un piccolo passo successivo.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Il tuo piano di resilienza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Introduce l'Esercizio 4.7 e lo strumento Il mio piano di resilienza sul sito FIRE.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Porta tutto questo con te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Un messaggio di chiusura dalla presentazione dei partner. Ringraziate il gruppo e ricordate dove trovare sostegno.</w:t>
            </w:r>
          </w:p>
        </w:tc>
      </w:tr>
    </w:tbl>
    <w:p>
      <w:pPr>
        <w:spacing w:after="40"/>
      </w:pPr>
    </w:p>
    <w:p>
      <w:pPr>
        <w:pStyle w:val="Heading2"/>
      </w:pPr>
      <w:r>
        <w:t>Verifica cosa hai capito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Con parole tue, che cos'è la resilienza?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Nomina i quattro pilastri della resilienza.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Quale piccola abitudine vorresti proteggere di più, e perché?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Perché chiedere aiuto presto è un segno di resilienza?</w:t>
      </w:r>
    </w:p>
    <w:p>
      <w:pPr>
        <w:pStyle w:val="Heading2"/>
      </w:pPr>
      <w:r>
        <w:t>Esercizio 4.7: Il tuo piano di resilienza</w:t>
      </w:r>
    </w:p>
    <w:p>
      <w:r>
        <w:rPr>
          <w:b w:val="0"/>
          <w:i/>
          <w:color w:val="4A5568"/>
        </w:rPr>
        <w:t>20 min  ·  Individuale</w:t>
      </w:r>
    </w:p>
    <w:p>
      <w:r>
        <w:rPr>
          <w:b w:val="0"/>
          <w:i w:val="0"/>
        </w:rPr>
        <w:t>Riunisci il modulo in un piano semplice e personale per restare forte e sostenuta.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Passo 1 — Le mie persone: Nomina una persona o un servizio per ogni parte della rete: famiglia, amiche, gruppi, professionisti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Passo 2 — La mia abitudine: Scegli un'abitudine quotidiana che vuoi proteggere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Passo 3 — Il mio senso: Scrivi una cosa che dà senso alla tua vita e ti fa andare avanti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Passo 4 — I miei primi segnali: Annota un primo segnale che ti dice di chiedere aiuto; Decidi chi contatteresti per primo in una giornata difficile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Tenete pronti i servizi di sostegno locali per le donne con una rete piccola. I piani restano privati e al sicuro. Se qualcuna si agita o racconta una violenza, ascoltatela, credetele, verificate la sua sicurezza e offritele i contatti di aiuto e un colloquio privato dopo.</w:t>
            </w:r>
          </w:p>
        </w:tc>
      </w:tr>
    </w:tbl>
    <w:p>
      <w:pPr>
        <w:spacing w:after="40"/>
      </w:pPr>
    </w:p>
    <w:p>
      <w:pPr>
        <w:pStyle w:val="Heading2"/>
      </w:pPr>
      <w:r>
        <w:t>Riflessione 4.8: Guardare avanti</w:t>
      </w:r>
    </w:p>
    <w:p>
      <w:r>
        <w:rPr>
          <w:b w:val="0"/>
          <w:i/>
          <w:color w:val="4A5568"/>
        </w:rPr>
        <w:t>15 min  ·  In gruppo</w:t>
      </w:r>
    </w:p>
    <w:p>
      <w:r>
        <w:rPr>
          <w:b w:val="0"/>
          <w:i w:val="0"/>
        </w:rPr>
        <w:t>Hai fatto tanta strada in questi moduli. Quest'ultima riflessione guarda con delicatezza al futuro che stai costruendo.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Quale forza hai scoperto in te in questo percorso?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Come sarebbe per te un nuovo capitolo pieno di speranza?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Qual è il primo passo che ti senti pronta a fare?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Chiudete con calore e festeggiate i progressi senza pressioni. Le conclusioni possono smuovere emozioni: lasciate tempo e offrite un momento di confronto dopo. Se una partecipante racconta una violenza o sembra a rischio, parlatele in privato e condividete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Attività interattiva: Resilienza: falso mito o verità?</w:t>
      </w:r>
    </w:p>
    <w:p>
      <w:r>
        <w:rPr>
          <w:b w:val="0"/>
          <w:i w:val="0"/>
        </w:rPr>
        <w:t>Metti ogni frase al suo posto. È un falso mito sulla resilienza o la verità?</w:t>
      </w:r>
    </w:p>
    <w:p>
      <w:pPr>
        <w:pStyle w:val="Heading2"/>
      </w:pPr>
      <w:r>
        <w:t>Risposte del quiz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cos'è la resilienza?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Piegarsi senza spezzarsi, poi riprendersi e crescere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La resilienza è la capacità di affrontare le difficoltà, riprendersi e continuare a crescere.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è la protezione più forte della resilienza?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Le relazioni di sostegno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 legami con persone che ti sostengono sono la protezione più grande della resilienza.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di questi è uno dei quattro pilastri della resilienza?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Senso e scopo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 pilastri sono legami, cura di sé, senso e scopo, e autocompassione.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Quando è meglio chiedere aiuto?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Ai primi segnali di fatica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Chiedere aiuto presto è un segno di resilienza, non un suo fallimento.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Come trattare un «non ancora» nel controllo del benessere?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Come un invito gentile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Il controllo non è un esame. Ogni «non ancora» è solo un invito.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Quiz finale del Modulo 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Come descrive questo modulo le emozioni che la violenza economica può causare?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Una reazione normale a una situazione che normale non è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Sono reazioni umane normali, non difetti.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è un motivo per cui la violenza economica ferisce così a fondo?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Colpisce la tua autonomia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 soldi sono legati a libertà e scelte, quindi perderne il controllo ferisce il senso di chi sei.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Di chi è la colpa della violenza economica?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Solo di chi ha scelto di maltrattare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La responsabilità è solo di chi ha scelto di maltrattare.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idea di cura di sé non costa niente?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Respirare lentamente e a fondo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Respiro, natura, piccole gentilezze e dire di no sono tutti gratuiti.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Quali sono i quattro passi per ritrovare calma?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Fermati, respira, osserva, addolcisci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Fermati, respira, osserva e addolcisci ti riportano al presente.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cos'è una cassetta della calma?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 piccolo insieme di strategie pronte per i momenti difficili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Contiene ciò che ti aiuta, una persona da contattare, un gesto gratuito di cura di sé e un passo per la calma.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Da dove nasce davvero la fiducia in sé?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Da piccoli successi, nuove capacità, sostegno e autocompassione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La fiducia si costruisce passo dopo passo, a partire da queste quattro fonti.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cosa ha aiutato Marta a ricostruire la fiducia?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Ascolto, un gruppo di auto-mutuo aiuto e piccoli passi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Sostegno, piccoli successi e tempo l'hanno aiutata. Oggi accompagna altre donne.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frase sulla resilienza è vera?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Si può costruire con il sostegno e le abitudini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La resilienza non è una qualità fissa. Cresce con legami, abitudini e gentilezza.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è il momento migliore per chiedere aiuto?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Ai primi segnali di fatica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Chiedere aiuto presto è un segno di resilienza, non un fallimento.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Modulo 4: Affrontare il peso emotivo  ·  Note per chi conduce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307143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7143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B5336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</dc:language>
</cp:coreProperties>
</file>