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797321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i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321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0E7C86"/>
          <w:sz w:val="26"/>
        </w:rPr>
        <w:t>MODULO 2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Costruire l'indipendenza economica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Quaderno di lavoro</w:t>
      </w:r>
    </w:p>
    <w:p>
      <w:r>
        <w:rPr>
          <w:b w:val="0"/>
          <w:i/>
          <w:color w:val="4A5568"/>
        </w:rPr>
        <w:t>Programma di formazione FIRE  ·  4 ore</w:t>
      </w:r>
    </w:p>
    <w:p/>
    <w:p>
      <w:r>
        <w:rPr>
          <w:b w:val="0"/>
          <w:i w:val="0"/>
          <w:sz w:val="24"/>
        </w:rPr>
        <w:t>Impara le basi per diventare indipendente: capire i tuoi soldi, fare un budget e risparmiare, guadagnare con le tue capacità e trasformare i desideri in un piano realistico.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Il tuo nome (o un soprannome)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di inizio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Gruppo o tutor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Come usare questo quaderno</w:t>
      </w:r>
    </w:p>
    <w:p>
      <w:pPr>
        <w:pStyle w:val="ListBullet"/>
        <w:spacing w:after="60"/>
      </w:pPr>
      <w:r>
        <w:t>Fai ogni esercizio dopo la lezione a cui appartiene. Spunta ogni passaggio quando lo finisci.</w:t>
      </w:r>
    </w:p>
    <w:p>
      <w:pPr>
        <w:pStyle w:val="ListBullet"/>
        <w:spacing w:after="60"/>
      </w:pPr>
      <w:r>
        <w:t>Le tue risposte sono tue. Non devi mostrarle a nessuno.</w:t>
      </w:r>
    </w:p>
    <w:p>
      <w:pPr>
        <w:pStyle w:val="ListBullet"/>
        <w:spacing w:after="60"/>
      </w:pPr>
      <w:r>
        <w:t>Puoi usare nomi e numeri inventati. Non devi mai usare la tua situazione reale.</w:t>
      </w:r>
    </w:p>
    <w:p>
      <w:pPr>
        <w:pStyle w:val="ListBullet"/>
        <w:spacing w:after="60"/>
      </w:pPr>
      <w:r>
        <w:t>Se qualcosa ti sembra troppo difficile, fai una pausa. Alla fine del quaderno trovi dove chiedere aiuto.</w:t>
      </w:r>
    </w:p>
    <w:p>
      <w:pPr>
        <w:pStyle w:val="Heading2"/>
      </w:pPr>
      <w:r>
        <w:t>Cosa c'è in questo quaderno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Codice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Titolo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Lezione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Modalità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Leggere i numeri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La tua storia con i soldi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Costruire un budget 50/30/20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coppia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Che cosa ti ostacola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Dalle competenze al reddito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coppia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Ostacoli e ponti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Rendilo SMART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Immagina la tua indipendenza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ESERCIZIO 2.1  ·  LEZIONE 2.1: LE BASI DELL'EDUCAZIONE FINANZIARIA</w:t>
      </w:r>
    </w:p>
    <w:p>
      <w:pPr>
        <w:pStyle w:val="Heading1"/>
      </w:pPr>
      <w:r>
        <w:t>Leggere i numeri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 breve quadro di entrate e spese di Sara, con un numero preoccupante e un cambiamento proposto.</w:t>
            </w:r>
          </w:p>
        </w:tc>
      </w:tr>
    </w:tbl>
    <w:p/>
    <w:p>
      <w:r>
        <w:rPr>
          <w:b w:val="0"/>
          <w:i w:val="0"/>
        </w:rPr>
        <w:t>Metti ordine in una situazione economica confusa. Poi decidi che cosa dice sull'indipendenza di questa persona.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Sara guadagna 1.250 € al mese e riceve 180 € di assegno per i figli. L'affitto è 620 €, le bollette circa 210 €, il cibo circa 300 € e i trasporti 60 €. Paga 90 € al mese sulla carta di credito e spende circa 150 € in abbonamenti, piccoli piaceri e cene fuori. Non ha risparmi e spesso resta senza soldi prima della fine del mese.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Sommare entrate e spese</w:t>
      </w:r>
    </w:p>
    <w:p>
      <w:pPr>
        <w:pStyle w:val="ListBullet"/>
        <w:spacing w:after="60"/>
      </w:pPr>
      <w:r>
        <w:t>Separare bisogni e desideri</w:t>
      </w:r>
    </w:p>
    <w:p>
      <w:pPr>
        <w:pStyle w:val="ListBullet"/>
        <w:spacing w:after="60"/>
      </w:pPr>
      <w:r>
        <w:t>Capire che cosa mostrano i numeri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Entrate  (4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Elenca le fonti di reddito di Sara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Somma le sue entrate totali del mese</w:t>
      </w:r>
    </w:p>
    <w:p>
      <w:pPr>
        <w:pStyle w:val="Heading3"/>
      </w:pPr>
      <w:r>
        <w:t>Passo 2 — Spese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Elenca tutte le sue spese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Segna ognuna come bisogno o desiderio</w:t>
      </w:r>
    </w:p>
    <w:p>
      <w:pPr>
        <w:pStyle w:val="Heading3"/>
      </w:pPr>
      <w:r>
        <w:t>Passo 3 — Che cosa resta  (4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Togli le spese dalle entrate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Calcola più o meno che cosa resta a fine mese</w:t>
      </w:r>
    </w:p>
    <w:p>
      <w:pPr>
        <w:pStyle w:val="Heading3"/>
      </w:pPr>
      <w:r>
        <w:t>Passo 4 — Valuta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Cerchia il numero che ti preoccupa di più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Indica un cambiamento che migliorerebbe di più la sua situazione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Entrate e spese arrivano entrambe a 1.430 €: non resta niente per i risparmi.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sommato bene le sue entrate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separato bisogni e desideri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calcolato che cosa resta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proposto un cambiamento realistico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RIFLESSIONE 2.2  ·  LEZIONE 2.1: LE BASI DELL'EDUCAZIONE FINANZIARIA</w:t>
      </w:r>
    </w:p>
    <w:p>
      <w:pPr>
        <w:pStyle w:val="Heading1"/>
      </w:pPr>
      <w:r>
        <w:t>La tua storia con i soldi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Quello che proviamo per i soldi influenza come li gestiamo. Non ci sono risposte giuste, solo sincere. Condividi solo quello che vuoi.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Che cosa hai imparato sui soldi da piccola, e da chi?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Quando senti di avere più controllo sui soldi, e quando meno?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Quale idea sui soldi vorresti cambiare?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ESERCIZIO 2.3  ·  LEZIONE 2.2: FARE IL BUDGET E GESTIRE I SOLDI</w:t>
      </w:r>
    </w:p>
    <w:p>
      <w:pPr>
        <w:pStyle w:val="Heading1"/>
      </w:pPr>
      <w:r>
        <w:t>Costruire un budget 50/30/20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coppia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Il piano 50/30/20 di Nadia con un cambiamento consigliato.</w:t>
            </w:r>
          </w:p>
        </w:tc>
      </w:tr>
    </w:tbl>
    <w:p/>
    <w:p>
      <w:r>
        <w:rPr>
          <w:b w:val="0"/>
          <w:i w:val="0"/>
        </w:rPr>
        <w:t>Applica il metodo 50/30/20 a numeri reali. Poi decidi se il piano è realistico e che cosa cambieresti.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Nadia ha uno stipendio netto di 1.600 € al mese. Affitto e bollette fanno 880 €, cibo e trasporti altri 360 €. Spende circa 240 € tra cene fuori, vestiti e abbonamenti, e non risparmia niente. Vorrebbe iniziare un fondo per le emergenze, ma dice: «a fine mese non resta mai niente».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Calcolare una divisione 50/30/20</w:t>
      </w:r>
    </w:p>
    <w:p>
      <w:pPr>
        <w:pStyle w:val="ListBullet"/>
        <w:spacing w:after="60"/>
      </w:pPr>
      <w:r>
        <w:t>Dividere le spese in bisogni, desideri e risparmi</w:t>
      </w:r>
    </w:p>
    <w:p>
      <w:pPr>
        <w:pStyle w:val="ListBullet"/>
        <w:spacing w:after="60"/>
      </w:pPr>
      <w:r>
        <w:t>Proporre un primo passo realistico per risparmiare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Calcola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Calcola il 50%, il 30% e il 20% di 1.600 €</w:t>
      </w:r>
    </w:p>
    <w:p>
      <w:pPr>
        <w:pStyle w:val="Heading3"/>
      </w:pPr>
      <w:r>
        <w:t>Passo 2 — Dividi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Metti ogni spesa di Nadia tra bisogni, desideri o risparmi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Somma ogni gruppo</w:t>
      </w:r>
    </w:p>
    <w:p>
      <w:pPr>
        <w:pStyle w:val="Heading3"/>
      </w:pPr>
      <w:r>
        <w:t>Passo 3 — Confronta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Verifica se i suoi bisogni stanno nel 50%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Nota se ci sono soldi di cui non si sa niente</w:t>
      </w:r>
    </w:p>
    <w:p>
      <w:pPr>
        <w:pStyle w:val="Heading3"/>
      </w:pPr>
      <w:r>
        <w:t>Passo 4 — Consiglia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Decidi che cosa potrebbe adattare se i bisogni non ci stanno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Consiglia un cambiamento per aiutarla a iniziare a risparmiare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I suoi bisogni sono 1.240 €, più del 50%. Va bene una divisione adattata.</w:t>
            </w:r>
          </w:p>
          <w:p>
            <w:r>
              <w:t>–  Le sue spese arrivano a 1.480 €: 120 € al mese vanno da qualche parte senza essere segnati.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calcolato 800 €, 480 € e 320 €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diviso tutte le spese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notato che mancano all'appello 120 € al mese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Il mio consiglio è realistico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RIFLESSIONE 2.4  ·  LEZIONE 2.2: FARE IL BUDGET E GESTIRE I SOLDI</w:t>
      </w:r>
    </w:p>
    <w:p>
      <w:pPr>
        <w:pStyle w:val="Heading1"/>
      </w:pPr>
      <w:r>
        <w:t>Che cosa ti ostacola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I budget falliscono per motivi umani, non di matematica. Dare un nome insieme agli ostacoli veri aiuta a superarli. Condividi solo quello che vuoi.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Che cosa ti ha impedito, in passato, di seguire un budget?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Quali spese sono più difficili da prevedere o controllare?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Quale piccolo cambiamento realistico potresti fare questa settimana?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ESERCIZIO 2.5  ·  LEZIONE 2.3: CREARE REDDITO E SVILUPPARE COMPETENZE</w:t>
      </w:r>
    </w:p>
    <w:p>
      <w:pPr>
        <w:pStyle w:val="Heading1"/>
      </w:pPr>
      <w:r>
        <w:t>Dalle competenze al reddito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coppia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Una lista delle capacità di Carla, con una via per guadagnare, un'idea di corso e un primo passo.</w:t>
            </w:r>
          </w:p>
        </w:tc>
      </w:tr>
    </w:tbl>
    <w:p/>
    <w:p>
      <w:r>
        <w:rPr>
          <w:b w:val="0"/>
          <w:i w:val="0"/>
        </w:rPr>
        <w:t>Aiuta una persona immaginaria a vedere il valore della sua esperienza. Poi collegala a vie realistiche per guadagnare e formarsi.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Carla, 44 anni, non ha un lavoro pagato da dodici anni. In questo tempo ha cresciuto tre figli, gestito lo stretto budget di famiglia, assistito un genitore anziano e organizzato eventi nella scuola dei figli. Parla portoghese, spagnolo e un po' di inglese. Dice di «non aver fatto niente» e non saprebbe da dove iniziare a cercare lavoro.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Riconoscere le capacità nate dal lavoro non pagato</w:t>
      </w:r>
    </w:p>
    <w:p>
      <w:pPr>
        <w:pStyle w:val="ListBullet"/>
        <w:spacing w:after="60"/>
      </w:pPr>
      <w:r>
        <w:t>Collegare le capacità a un lavoro pagato</w:t>
      </w:r>
    </w:p>
    <w:p>
      <w:pPr>
        <w:pStyle w:val="ListBullet"/>
        <w:spacing w:after="60"/>
      </w:pPr>
      <w:r>
        <w:t>Proporre un primo passo pratico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Elenca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Elenca tutte le capacità di Carla, da lavoro pagato o non pagato</w:t>
      </w:r>
    </w:p>
    <w:p>
      <w:pPr>
        <w:pStyle w:val="Heading3"/>
      </w:pPr>
      <w:r>
        <w:t>Passo 2 — Collega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Per ogni capacità, scrivi dove è utile a un datore di lavoro</w:t>
      </w:r>
    </w:p>
    <w:p>
      <w:pPr>
        <w:pStyle w:val="Heading3"/>
      </w:pPr>
      <w:r>
        <w:t>Passo 3 — Scegli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Scegli una capacità per cui potrebbe essere pagata subito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Scegline una da sviluppare con un corso breve</w:t>
      </w:r>
    </w:p>
    <w:p>
      <w:pPr>
        <w:pStyle w:val="Heading3"/>
      </w:pPr>
      <w:r>
        <w:t>Passo 4 — Primo passo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Proponi il primo passo pratico che potrebbe fare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Per avere idee, guarda la tabella «Dalla vita in casa alla vita lavorativa».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elencato almeno cinque capacità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Ho collegato ogni capacità a un lavoro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Il mio primo passo è piccolo e pratico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RIFLESSIONE 2.6  ·  LEZIONE 2.3: CREARE REDDITO E SVILUPPARE COMPETENZE</w:t>
      </w:r>
    </w:p>
    <w:p>
      <w:pPr>
        <w:pStyle w:val="Heading1"/>
      </w:pPr>
      <w:r>
        <w:t>Ostacoli e ponti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Gli ostacoli al guadagno sono spesso pratici e comuni a molte. Parlarne aiuta a vedere le soluzioni. Condividi solo quello che vuoi.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Che cosa c'è tra te e il reddito che vorresti?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Quali ostacoli sono pratici e quali riguardano la fiducia in te?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Chi o che cosa potrebbe aiutarti a fare il prossimo passo?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ESERCIZIO 2.7  ·  LEZIONE 2.4: OBIETTIVI E SICUREZZA A LUNGO TERMINE</w:t>
      </w:r>
    </w:p>
    <w:p>
      <w:pPr>
        <w:pStyle w:val="Heading1"/>
      </w:pPr>
      <w:r>
        <w:t>Rendilo SMART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L'obiettivo SMART di Lúcia con una cifra mensile e un primo passo.</w:t>
            </w:r>
          </w:p>
        </w:tc>
      </w:tr>
    </w:tbl>
    <w:p/>
    <w:p>
      <w:r>
        <w:rPr>
          <w:b w:val="0"/>
          <w:i w:val="0"/>
        </w:rPr>
        <w:t>Prendi un obiettivo vago e riscrivilo come obiettivo SMART. Poi pianifica il primo mese per raggiungerlo.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Lúcia dice che il suo obiettivo è «avere finalmente dei risparmi per non dipendere così tanto». Guadagna circa 1.400 € netti al mese e le restano circa 120 € dopo bisogni e desideri. Non è mai riuscita a risparmiare perché, dice, l'obiettivo le sembrava sempre troppo grande e vago per iniziare.</w:t>
            </w:r>
          </w:p>
        </w:tc>
      </w:tr>
    </w:tbl>
    <w:p>
      <w:pPr>
        <w:spacing w:after="40"/>
      </w:pP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Riscrivere un obiettivo vago come obiettivo SMART</w:t>
      </w:r>
    </w:p>
    <w:p>
      <w:pPr>
        <w:pStyle w:val="ListBullet"/>
        <w:spacing w:after="60"/>
      </w:pPr>
      <w:r>
        <w:t>Dividerlo in una cifra mensile</w:t>
      </w:r>
    </w:p>
    <w:p>
      <w:pPr>
        <w:pStyle w:val="ListBullet"/>
        <w:spacing w:after="60"/>
      </w:pPr>
      <w:r>
        <w:t>Pianificare un primo passo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Rendilo chiaro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Riscrivi l'obiettivo di Lúcia perché sia Specifico e Misurabile</w:t>
      </w:r>
    </w:p>
    <w:p>
      <w:pPr>
        <w:pStyle w:val="Heading3"/>
      </w:pPr>
      <w:r>
        <w:t>Passo 2 — Aggiungi una scadenza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Aggiungi una scadenza realistica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Dividi il traguardo in una cifra mensile</w:t>
      </w:r>
    </w:p>
    <w:p>
      <w:pPr>
        <w:pStyle w:val="Heading3"/>
      </w:pPr>
      <w:r>
        <w:t>Passo 3 — Trova i soldi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Indica da dove arrivano i soldi ogni mese</w:t>
      </w:r>
    </w:p>
    <w:p>
      <w:pPr>
        <w:pStyle w:val="Heading3"/>
      </w:pPr>
      <w:r>
        <w:t>Passo 4 — Inizia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Scrivi il primissimo passo che farà questa settimana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Risparmiare meno di tutti i 120 € lascia spazio agli imprevisti e rende l'obiettivo più raggiungibile.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L'obiettivo ha un numero e una scadenza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La cifra mensile sta nei suoi 120 €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Il primo passo è piccolo e chiaro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RIFLESSIONE 2.8  ·  LEZIONE 2.4: OBIETTIVI E SICUREZZA A LUNGO TERMINE</w:t>
      </w:r>
    </w:p>
    <w:p>
      <w:pPr>
        <w:pStyle w:val="Heading1"/>
      </w:pPr>
      <w:r>
        <w:t>Immagina la tua indipendenza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Gli obiettivi ci spingono avanti quando sono legati alla vita che vogliamo davvero. Immagina quella vita con chiarezza. Condividi solo quello che vuoi.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Come sarebbe per te una giornata da donna economicamente indipendente?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Che cosa cambierebbe se nessuno usasse più i soldi per controllarti?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 è il primissimo obiettivo che sei pronta a prenderti?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Dove trovare aiuto</w:t>
      </w:r>
    </w:p>
    <w:p>
      <w:r>
        <w:rPr>
          <w:b w:val="0"/>
          <w:i w:val="0"/>
        </w:rPr>
        <w:t>Questi servizi sono gratuiti e riservati. Puoi chiamarli per te o per una persona che sostieni.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Paese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Telefono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Servizio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Costo e orari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Numero antiviolenza e stalking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Donne in Rete contro la violenza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Patrocinio a spese dello Stato (gratuito patrocinio)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aiuto contro la violenza sulle donne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numero per vittime di reato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Ricerca case rifugio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Centri di consulenza per donne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(linea di ascolto)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sui debiti riconosciuta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legale per redditi bassi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per persone migranti adulte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Servizio di informazione per le vittime di violenza domestica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supporto alle vittime APAV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Rete nazionale di sostegno alle vittime di violenza domestica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Gratuito patrocinio in Portogallo (proteção jurídica)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Rete di supporto ai clienti bancari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 (linea di ascolto)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supporto psicologico (opzione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supporto ai migranti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In tutta l'UE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Numero unico di emergenza europeo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In tutta l'UE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Numero per le vittime di reato (dove disponibile)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In caso di emergenza, chiama il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Modulo 2: Indipendenza economica  ·  Quaderno di lavoro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307143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143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0E7C8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