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797321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i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321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0E7C86"/>
          <w:sz w:val="26"/>
        </w:rPr>
        <w:t>MODULO 2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Costruire l'indipendenza economica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Note per chi conduce</w:t>
      </w:r>
    </w:p>
    <w:p>
      <w:r>
        <w:rPr>
          <w:b w:val="0"/>
          <w:i/>
          <w:color w:val="4A5568"/>
        </w:rPr>
        <w:t>Programma di formazione FIRE  ·  4 ore</w:t>
      </w:r>
    </w:p>
    <w:p/>
    <w:p>
      <w:r>
        <w:rPr>
          <w:b w:val="0"/>
          <w:i w:val="0"/>
          <w:sz w:val="24"/>
        </w:rPr>
        <w:t>Impara le basi per diventare indipendente: capire i tuoi soldi, fare un budget e risparmiare, guadagnare con le tue capacità e trasformare i desideri in un piano realistico.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</w:r>
    </w:p>
    <w:p>
      <w:r>
        <w:br w:type="page"/>
      </w:r>
    </w:p>
    <w:p>
      <w:pPr>
        <w:pStyle w:val="Heading1"/>
      </w:pPr>
      <w:r>
        <w:t>Prima di iniziare</w:t>
      </w:r>
    </w:p>
    <w:p>
      <w:pPr>
        <w:pStyle w:val="ListBullet"/>
        <w:spacing w:after="60"/>
      </w:pPr>
      <w:r>
        <w:t>Leggete le linee guida per educatori e operatori, in particolare le Sezioni 3 e 4 su come rispondere alle rivelazioni.</w:t>
      </w:r>
    </w:p>
    <w:p>
      <w:pPr>
        <w:pStyle w:val="ListBullet"/>
        <w:spacing w:after="60"/>
      </w:pPr>
      <w:r>
        <w:t>Stampate i contatti di aiuto del vostro Paese e teneteli visibili nella stanza.</w:t>
      </w:r>
    </w:p>
    <w:p>
      <w:pPr>
        <w:pStyle w:val="ListBullet"/>
        <w:spacing w:after="60"/>
      </w:pPr>
      <w:r>
        <w:t>Concordate le regole del gruppo: nessuna è obbligata a raccontare storie personali; ciò che si dice nel gruppo resta nel gruppo.</w:t>
      </w:r>
    </w:p>
    <w:p>
      <w:pPr>
        <w:pStyle w:val="ListBullet"/>
        <w:spacing w:after="60"/>
      </w:pPr>
      <w:r>
        <w:t>Prevedete uno spazio tranquillo e una breve pausa in ogni sessione.</w:t>
      </w:r>
    </w:p>
    <w:p>
      <w:pPr>
        <w:pStyle w:val="ListBullet"/>
        <w:spacing w:after="60"/>
      </w:pPr>
      <w:r>
        <w:t>Usate esempi inventati. Non chiedete mai a una partecipante di usare i suoi conti o numeri reali.</w:t>
      </w:r>
    </w:p>
    <w:p>
      <w:pPr>
        <w:pStyle w:val="Heading2"/>
      </w:pPr>
      <w:r>
        <w:t>Se una donna rivela una violenza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Ascoltate con calma e credetele. Ringraziatela per avervelo detto.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Non chiedete dettagli e non spingetela ad agire. Ditele che non è colpa sua.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Offritevi di parlare in privato dopo la sessione e condividete i contatti di aiuto.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Se è in pericolo immediato, chiamate il 112 con il suo consenso.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5.  </w:t>
      </w:r>
      <w:r>
        <w:t>Seguite la procedura di tutela della vostra organizzazione e mantenete la riservatezza.</w:t>
      </w:r>
    </w:p>
    <w:p>
      <w:pPr>
        <w:pStyle w:val="Heading2"/>
      </w:pPr>
      <w:r>
        <w:t>Obiettivi di apprendimento</w:t>
      </w:r>
    </w:p>
    <w:p>
      <w:pPr>
        <w:spacing w:after="0"/>
      </w:pPr>
      <w:r>
        <w:rPr>
          <w:b/>
          <w:i w:val="0"/>
        </w:rPr>
        <w:t>Conoscere le basi</w:t>
      </w:r>
    </w:p>
    <w:p>
      <w:r>
        <w:rPr>
          <w:b w:val="0"/>
          <w:i w:val="0"/>
        </w:rPr>
        <w:t>Capire entrate, spese, beni, debiti, patrimonio netto e interessi, e perché è importante avere soldi a tuo nome.</w:t>
      </w:r>
    </w:p>
    <w:p>
      <w:pPr>
        <w:spacing w:after="0"/>
      </w:pPr>
      <w:r>
        <w:rPr>
          <w:b/>
          <w:i w:val="0"/>
        </w:rPr>
        <w:t>Fare un budget con sicurezza</w:t>
      </w:r>
    </w:p>
    <w:p>
      <w:r>
        <w:rPr>
          <w:b w:val="0"/>
          <w:i w:val="0"/>
        </w:rPr>
        <w:t>Confrontare tre metodi di budget, costruire un budget passo dopo passo e iniziare un fondo per le emergenze.</w:t>
      </w:r>
    </w:p>
    <w:p>
      <w:pPr>
        <w:spacing w:after="0"/>
      </w:pPr>
      <w:r>
        <w:rPr>
          <w:b/>
          <w:i w:val="0"/>
        </w:rPr>
        <w:t>Creare un reddito</w:t>
      </w:r>
    </w:p>
    <w:p>
      <w:r>
        <w:rPr>
          <w:b w:val="0"/>
          <w:i w:val="0"/>
        </w:rPr>
        <w:t>Riconoscere le capacità che hai già, anche dal lavoro non pagato, e trovare vie per guadagnare e corsi gratuiti.</w:t>
      </w:r>
    </w:p>
    <w:p>
      <w:pPr>
        <w:spacing w:after="0"/>
      </w:pPr>
      <w:r>
        <w:rPr>
          <w:b/>
          <w:i w:val="0"/>
        </w:rPr>
        <w:t>Fissare e raggiungere obiettivi</w:t>
      </w:r>
    </w:p>
    <w:p>
      <w:r>
        <w:rPr>
          <w:b w:val="0"/>
          <w:i w:val="0"/>
        </w:rPr>
        <w:t>Trasformare desideri vaghi in obiettivi SMART, dividerli in piccoli passi e pianificare la sicurezza a lungo termine.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LEZIONE 2.1  ·  55 MIN</w:t>
      </w:r>
    </w:p>
    <w:p>
      <w:pPr>
        <w:pStyle w:val="Heading1"/>
      </w:pPr>
      <w:r>
        <w:t>Le basi dell'educazione finanziaria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In questa lezione c'è una breve storia di violenza economica. Fai una pausa quando ne hai bisogno.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L'indipendenza comincia dal capire. In questa lezione impari le parole di base dei soldi e le prime abitudini per gestirli a modo tuo.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Spiegare con parole tue che cos'è l'indipendenza economica</w:t>
      </w:r>
    </w:p>
    <w:p>
      <w:pPr>
        <w:pStyle w:val="ListBullet"/>
        <w:spacing w:after="60"/>
      </w:pPr>
      <w:r>
        <w:t>Descrivere entrate, spese, beni, debiti, patrimonio netto e interessi</w:t>
      </w:r>
    </w:p>
    <w:p>
      <w:pPr>
        <w:pStyle w:val="ListBullet"/>
        <w:spacing w:after="60"/>
      </w:pPr>
      <w:r>
        <w:t>Indicare quattro basi che tengono i soldi sotto il tuo controllo</w:t>
      </w:r>
    </w:p>
    <w:p>
      <w:pPr>
        <w:pStyle w:val="ListBullet"/>
        <w:spacing w:after="60"/>
      </w:pPr>
      <w:r>
        <w:t>Spiegare perché le disparità di stipendi e pensioni rendono urgente l'indipendenza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Indipendenza economica: Poter avere e gestire abbastanza soldi per i tuoi bisogni e per fare le tue scelte.</w:t>
      </w:r>
    </w:p>
    <w:p>
      <w:pPr>
        <w:pStyle w:val="ListBullet"/>
        <w:spacing w:after="60"/>
      </w:pPr>
      <w:r>
        <w:t>Beni: Le cose che possiedi e che hanno un valore, come risparmi, un'auto o una casa.</w:t>
      </w:r>
    </w:p>
    <w:p>
      <w:pPr>
        <w:pStyle w:val="ListBullet"/>
        <w:spacing w:after="60"/>
      </w:pPr>
      <w:r>
        <w:t>Debiti: I soldi che devi restituire, per esempio per un prestito, una carta di credito o uno scoperto.</w:t>
      </w:r>
    </w:p>
    <w:p>
      <w:pPr>
        <w:pStyle w:val="ListBullet"/>
        <w:spacing w:after="60"/>
      </w:pPr>
      <w:r>
        <w:t>Patrimonio netto: Quello che possiedi meno quello che devi. Mostra la tua situazione di oggi.</w:t>
      </w:r>
    </w:p>
    <w:p>
      <w:pPr>
        <w:pStyle w:val="ListBullet"/>
        <w:spacing w:after="60"/>
      </w:pPr>
      <w:r>
        <w:t>Interessi: Il costo di un prestito, oppure il guadagno che ricevi quando risparmi.</w:t>
      </w:r>
    </w:p>
    <w:p>
      <w:pPr>
        <w:pStyle w:val="ListBullet"/>
        <w:spacing w:after="60"/>
      </w:pPr>
      <w:r>
        <w:t>Conto intestato solo a te: Un conto corrente che è solo tuo. Nessun altro può vederlo o usarlo senza il tuo permesso.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Che cosa vuol dire davvero indipendenza economica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Leggete la definizione lentamente. Sottolineate che non serve un reddito alto e che non deve mai dipendere da chi potrebbe usare il denaro per controllarla.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Una direzione, non un traguardo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Chiedete al gruppo quale delle quattro abitudini sembra più facile da iniziare. Non esiste una risposta sbagliata.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I mattoni dei soldi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Queste sei idee stanno dietro a ogni decisione sul denaro. Conoscerle aiuta la partecipante in ogni conversazione: in banca, a casa o con un consulente.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Soldi che puoi davvero usare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Alcune donne non possono ancora aprire un conto o cambiare le password in sicurezza. Riconoscetelo e indicate i servizi di supporto, senza fare pressione.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Dove dovrebbero andare i tuoi soldi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Seguite l'ordine con un esempio semplice. Sottolineate che «pagare prima te stessa» può voler dire una cifra molto piccola.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Le disparità che le donne non possono ignorare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Dati tratti dalla presentazione dei partner; verificate l'ultima pubblicazione Eurostat prima della sessione. Mantenete l'attenzione sulle cause strutturali, non sulle colpe individuali.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Concetta impara a gestire i soldi da zero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di studio tratto dalla presentazione dei partner. Mantenete la discussione su Concetta, non sulla vita delle partecipanti. La violenza non è mai colpa sua.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Con parole tue, che cosa vuol dire indipendenza economica?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 è la differenza tra beni e debiti?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Perché è così importante un conto a tuo nome?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Perché le disparità di stipendi e pensioni rendono urgente l'indipendenza per le donne?</w:t>
      </w:r>
    </w:p>
    <w:p>
      <w:pPr>
        <w:pStyle w:val="Heading2"/>
      </w:pPr>
      <w:r>
        <w:t>Esercizio 2.1: Leggere i numeri</w:t>
      </w:r>
    </w:p>
    <w:p>
      <w:r>
        <w:rPr>
          <w:b w:val="0"/>
          <w:i/>
          <w:color w:val="4A5568"/>
        </w:rPr>
        <w:t>20 min  ·  Individuale</w:t>
      </w:r>
    </w:p>
    <w:p>
      <w:r>
        <w:rPr>
          <w:b w:val="0"/>
          <w:i w:val="0"/>
        </w:rPr>
        <w:t>Metti ordine in una situazione economica confusa. Poi decidi che cosa dice sull'indipendenza di questa persona.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Sara guadagna 1.250 € al mese e riceve 180 € di assegno per i figli. L'affitto è 620 €, le bollette circa 210 €, il cibo circa 300 € e i trasporti 60 €. Paga 90 € al mese sulla carta di credito e spende circa 150 € in abbonamenti, piccoli piaceri e cene fuori. Non ha risparmi e spesso resta senza soldi prima della fine del mese.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Entrate: Elenca le fonti di reddito di Sara; Somma le sue entrate totali del mese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Spese: Elenca tutte le sue spese; Segna ognuna come bisogno o desiderio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Che cosa resta: Togli le spese dalle entrate; Calcola più o meno che cosa resta a fine mese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Valuta: Cerchia il numero che ti preoccupa di più; Indica un cambiamento che migliorerebbe di più la sua situazione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Usate solo i numeri di Sara; non chiedete mai i propri. Alcune non conoscono i soldi di casa perché sono controllati: dite che è comune e non è colpa loro. Se una partecipante rivela una violenza, ringraziatela, ascoltate, offrite un colloquio privato dopo la sessione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2.2: La tua storia con i soldi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Quello che proviamo per i soldi influenza come li gestiamo. Non ci sono risposte giuste, solo sincere. Condividi solo quello che vuoi.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Che cosa hai imparato sui soldi da piccola, e da chi?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Quando senti di avere più controllo sui soldi, e quando meno?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Quale idea sui soldi vorresti cambiare?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Fissate regole chiare: nessuna è obbligata a parlare e ciò che si dice resta nella stanza. Proponete di parlarne in coppia o di riflettere in silenzio. Le storie sui soldi possono far emergere controllo o perdite; se una partecipante si turba o rivela una violenza, rispondete con calma, offrite un colloquio privato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Le parole dei soldi</w:t>
      </w:r>
    </w:p>
    <w:p>
      <w:r>
        <w:rPr>
          <w:b w:val="0"/>
          <w:i w:val="0"/>
        </w:rPr>
        <w:t>Collega ogni parola al suo significato.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Da che cosa dipende soprattutto l'indipendenza economica?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Dall'accesso ai tuoi soldi e dal controllo su di essi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L'indipendenza è accesso, conoscenza e controllo, non quanto possiedi.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Il tuo patrimonio netto è…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Quello che possiedi meno quello che devi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patrimonio netto è beni meno debiti. Può essere sotto zero, ed è un'informazione utile.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la base più importante dell'indipendenza economica?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 conto corrente solo a tuo nome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Un conto che solo tu vedi e gestisci tiene i soldi sotto il tuo controllo.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Nell'ordine giusto, che cosa viene subito dopo le spese essenziali?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Pagare prima te stessa, mettendo da parte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Metti un po' da parte prima di spendere, come una bolletta che paghi a te stessa.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Perché è importante non dare PIN o password sotto pressione?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Chi controlla i tuoi accessi controlla i tuoi soldi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Se un'altra persona controlla i tuoi accessi, controlla i tuoi soldi.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LEZIONE 2.2  ·  60 MIN</w:t>
      </w:r>
    </w:p>
    <w:p>
      <w:pPr>
        <w:pStyle w:val="Heading1"/>
      </w:pPr>
      <w:r>
        <w:t>Fare il budget e gestire i soldi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Parlare di soldi può creare ansia. Non devi mai usare i tuoi numeri personali.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Un budget non è una punizione. È un piano che mette te, non le bollette, al comando dei tuoi soldi. Qui trovi i metodi e le abitudini per farlo.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Confrontare i metodi 50/30/20, a base zero e delle buste</w:t>
      </w:r>
    </w:p>
    <w:p>
      <w:pPr>
        <w:pStyle w:val="ListBullet"/>
        <w:spacing w:after="60"/>
      </w:pPr>
      <w:r>
        <w:t>Costruire un budget semplice in quattro passi</w:t>
      </w:r>
    </w:p>
    <w:p>
      <w:pPr>
        <w:pStyle w:val="ListBullet"/>
        <w:spacing w:after="60"/>
      </w:pPr>
      <w:r>
        <w:t>Dividere le spese in bisogni, desideri e risparmi</w:t>
      </w:r>
    </w:p>
    <w:p>
      <w:pPr>
        <w:pStyle w:val="ListBullet"/>
        <w:spacing w:after="60"/>
      </w:pPr>
      <w:r>
        <w:t>Pianificare piccoli risparmi regolari per un fondo per le emergenze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Budget: Un piano delle spese: quanti soldi entrano e dove va ogni euro.</w:t>
      </w:r>
    </w:p>
    <w:p>
      <w:pPr>
        <w:pStyle w:val="ListBullet"/>
        <w:spacing w:after="60"/>
      </w:pPr>
      <w:r>
        <w:t>Stipendio netto: I soldi che ricevi davvero, dopo tasse e altre trattenute. Lo trovi in busta paga.</w:t>
      </w:r>
    </w:p>
    <w:p>
      <w:pPr>
        <w:pStyle w:val="ListBullet"/>
        <w:spacing w:after="60"/>
      </w:pPr>
      <w:r>
        <w:t>Bisogni: Spese che non puoi evitare, come affitto, luce e gas, cibo, medicine e trasporto al lavoro.</w:t>
      </w:r>
    </w:p>
    <w:p>
      <w:pPr>
        <w:pStyle w:val="ListBullet"/>
        <w:spacing w:after="60"/>
      </w:pPr>
      <w:r>
        <w:t>Desideri: Cose per cui scegli di spendere, come mangiare fuori o gli abbonamenti.</w:t>
      </w:r>
    </w:p>
    <w:p>
      <w:pPr>
        <w:pStyle w:val="ListBullet"/>
        <w:spacing w:after="60"/>
      </w:pPr>
      <w:r>
        <w:t>Fondo per le emergenze: Soldi messi da parte solo per gli imprevisti, come una caldaia rotta o la perdita del lavoro.</w:t>
      </w:r>
    </w:p>
    <w:p>
      <w:pPr>
        <w:pStyle w:val="ListBullet"/>
        <w:spacing w:after="60"/>
      </w:pPr>
      <w:r>
        <w:t>Bonifico periodico: Un ordine alla tua banca di spostare una cifra fissa in una data stabilita, ogni mese.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Tre modi per fare un budget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Chiedete quale metodo assomiglia di più al modo in cui ciascuna già pensa ai soldi. Vanno bene tutti e tre.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Il 50/30/20 con 1.500 € al mese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 molte città l'affitto supera la metà di un reddito basso. Mostrate che adattare le quote è normale e non è un fallimento.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Costruisci il tuo budget in quattro passi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Invitate il gruppo a provare lo strumento Crea il tuo budget con numeri inventati, non con i propri.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Distinguere bisogni e desideri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Evitate di giudicare i desideri di chiunque. I piccoli piaceri contano, soprattutto nei momenti difficili.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Il fondo per le emergenze è il tuo scudo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Alcune donne potrebbero dover tenere i risparmi lontano dalla vista di un partner che controlla. Non date consigli su come nascondere denaro; indirizzate a un servizio di supporto o a un centro antiviolenza.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Abitudini di risparmio che durano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 abitudini funzionano meglio della forza di volontà. Chiedete: quale potresti attivare questo mese?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Abitudini che costruiscono, abitudini che svuotano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Ogni abitudine a sinistra corrisponde a una a destra. Chiedete al gruppo di scegliere un'abitudine da spostare da destra a sinistra.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Come divide lo stipendio netto la regola 50/30/20?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Quali sono i quattro passi per costruire un budget?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Perché il risparmio va trattato come un bisogno?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A che cosa serve un fondo per le emergenze e come puoi iniziarlo?</w:t>
      </w:r>
    </w:p>
    <w:p>
      <w:pPr>
        <w:pStyle w:val="Heading2"/>
      </w:pPr>
      <w:r>
        <w:t>Esercizio 2.3: Costruire un budget 50/30/20</w:t>
      </w:r>
    </w:p>
    <w:p>
      <w:r>
        <w:rPr>
          <w:b w:val="0"/>
          <w:i/>
          <w:color w:val="4A5568"/>
        </w:rPr>
        <w:t>22 min  ·  In coppia</w:t>
      </w:r>
    </w:p>
    <w:p>
      <w:r>
        <w:rPr>
          <w:b w:val="0"/>
          <w:i w:val="0"/>
        </w:rPr>
        <w:t>Applica il metodo 50/30/20 a numeri reali. Poi decidi se il piano è realistico e che cosa cambieresti.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Nadia ha uno stipendio netto di 1.600 € al mese. Affitto e bollette fanno 880 €, cibo e trasporti altri 360 €. Spende circa 240 € tra cene fuori, vestiti e abbonamenti, e non risparmia niente. Vorrebbe iniziare un fondo per le emergenze, ma dice: «a fine mese non resta mai niente».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Calcola: Calcola il 50%, il 30% e il 20% di 1.600 €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Dividi: Metti ogni spesa di Nadia tra bisogni, desideri o risparmi; Somma ogni gruppo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Confronta: Verifica se i suoi bisogni stanno nel 50%; Nota se ci sono soldi di cui non si sa niente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Consiglia: Decidi che cosa potrebbe adattare se i bisogni non ci stanno; Consiglia un cambiamento per aiutarla a iniziare a risparmiare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Lavorate in coppia solo con i numeri di Nadia. Alcune donne non possono risparmiare perché un partner controlla il denaro: dite chiaramente che non è un errore di budget. Se una partecipante rivela una violenza, ringraziatela, ascoltate senza fare pressione, offrite un colloquio privato dopo la sessione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2.4: Che cosa ti ostacola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I budget falliscono per motivi umani, non di matematica. Dare un nome insieme agli ostacoli veri aiuta a superarli. Condividi solo quello che vuoi.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Che cosa ti ha impedito, in passato, di seguire un budget?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Quali spese sono più difficili da prevedere o controllare?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Quale piccolo cambiamento realistico potresti fare questa settimana?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Mantenete un tono leggero e pratico. Tra gli ostacoli può esserci un partner che controlla o prende il denaro: trattatelo come una questione di sicurezza, non di budget. Se una partecipante rivela una violenza, riconoscetelo con gentilezza, non date consigli su come nascondere denaro, offrite un colloquio privato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Bisogno, desiderio o risparmio?</w:t>
      </w:r>
    </w:p>
    <w:p>
      <w:r>
        <w:rPr>
          <w:b w:val="0"/>
          <w:i w:val="0"/>
        </w:rPr>
        <w:t>Metti ogni spesa nel gruppo giusto. Alcune non sono così ovvie come sembrano.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Nella regola 50/30/20, a che cosa serve il 20%?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 risparmiare o ripagare debiti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20% va ai risparmi o ai debiti; il 50% ai bisogni e il 30% ai desideri.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Con uno stipendio netto di 1.500 €, quanto è il 50% per i bisogni?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750 €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La metà di 1.500 € è 750 €.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cos'è un budget a base zero?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Dare un compito a ogni euro finché tutto è pianificato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Nel budget a base zero, tutte le entrate vengono assegnate a una voce.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il primo traguardo migliore per un fondo per le emergenze?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Qualche centinaio di euro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Inizia con un piccolo cuscinetto di qualche centinaio di euro, poi arriva a 3-6 mesi di spese.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abitudine fa crescere i tuoi soldi?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Controllare i conti una volta a settimana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Un controllo settimanale ti tiene informata e ti dà il controllo.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LEZIONE 2.3  ·  60 MIN</w:t>
      </w:r>
    </w:p>
    <w:p>
      <w:pPr>
        <w:pStyle w:val="Heading1"/>
      </w:pPr>
      <w:r>
        <w:t>Creare reddito e sviluppare competenze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sui contenuti</w:t>
            </w:r>
          </w:p>
          <w:p>
            <w:r>
              <w:t>La storia di Sofia parla di una relazione di controllo. Fai una pausa quando ne hai bisogno.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L'indipendenza è più forte quando le entrate arrivano da più fonti. Qui scopri molte vie per guadagnare e il valore di capacità che forse non conti.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Descrivere diverse vie per guadagnare, oltre a un lavoro a tempo pieno</w:t>
      </w:r>
    </w:p>
    <w:p>
      <w:pPr>
        <w:pStyle w:val="ListBullet"/>
        <w:spacing w:after="60"/>
      </w:pPr>
      <w:r>
        <w:t>Riconoscere le capacità nate dal lavoro domestico e non pagato</w:t>
      </w:r>
    </w:p>
    <w:p>
      <w:pPr>
        <w:pStyle w:val="ListBullet"/>
        <w:spacing w:after="60"/>
      </w:pPr>
      <w:r>
        <w:t>Collegare queste capacità ai lavori in cui sono apprezzate</w:t>
      </w:r>
    </w:p>
    <w:p>
      <w:pPr>
        <w:pStyle w:val="ListBullet"/>
        <w:spacing w:after="60"/>
      </w:pPr>
      <w:r>
        <w:t>Seguire quattro passi per trovare un corso gratuito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Competenze trasversali: Capacità che puoi usare in molti contesti, come organizzare, prenderti cura o parlare lingue.</w:t>
      </w:r>
    </w:p>
    <w:p>
      <w:pPr>
        <w:pStyle w:val="ListBullet"/>
        <w:spacing w:after="60"/>
      </w:pPr>
      <w:r>
        <w:t>Lavoro autonomo: Lavorare per conto tuo, non per un datore di lavoro. Ti occupi tu di tasse e pratiche.</w:t>
      </w:r>
    </w:p>
    <w:p>
      <w:pPr>
        <w:pStyle w:val="ListBullet"/>
        <w:spacing w:after="60"/>
      </w:pPr>
      <w:r>
        <w:t>Microimpresa: Un'attività molto piccola, spesso gestita da casa da una sola persona.</w:t>
      </w:r>
    </w:p>
    <w:p>
      <w:pPr>
        <w:pStyle w:val="ListBullet"/>
        <w:spacing w:after="60"/>
      </w:pPr>
      <w:r>
        <w:t>Microcredito: Un piccolo prestito per aiutare qualcuno ad avviare o far crescere una piccola attività.</w:t>
      </w:r>
    </w:p>
    <w:p>
      <w:pPr>
        <w:pStyle w:val="ListBullet"/>
        <w:spacing w:after="60"/>
      </w:pPr>
      <w:r>
        <w:t>Corso gratuito (finanziato): Un corso che per te è gratis, perché lo pagano fondi pubblici o un contributo.</w:t>
      </w:r>
    </w:p>
    <w:p>
      <w:pPr>
        <w:pStyle w:val="ListBullet"/>
        <w:spacing w:after="60"/>
      </w:pPr>
      <w:r>
        <w:t>CV (curriculum vitae): Un breve documento con le tue capacità, esperienze e studi, per i datori di lavoro.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Tanti modi per guadagnare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Combinare più fonti può portare più denaro e più sicurezza. Chiedete quali vie si adattano meglio alla cura della famiglia o allo studio.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Piccoli inizi che possono crescere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Mantenete aspettative realistiche: la maggior parte delle piccole attività parte in piccolissimo. Le regole sul lavoro autonomo cambiano da Paese a Paese.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Chiedere ciò che ti spetta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Molte donne non chiedono ciò a cui hanno diritto. Rendete normale chiedere. Le prestazioni cambiano da Paese a Paese e cambiano spesso.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Le capacità che hai già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Molte donne dicono di «non aver fatto niente». Mettetelo in discussione con delicatezza: mandare avanti una casa con pochi soldi è un vero lavoro.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Dalla vita in casa alla vita lavorativa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Chiedete a ciascuna di aggiungere una riga propria, in privato o ad alta voce. Le lingue sono un vantaggio, non un ostacolo.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La tua strada verso la formazione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Portate esempi locali: in Italia i Centri per l'impiego, i CPIA (Centri provinciali per l'istruzione degli adulti) e i corsi online gratuiti.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Sofia ricostruisce il suo reddito con un corso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di studio tratto dalla presentazione dei partner. L'esperienza non pagata è vera esperienza. Mantenete la discussione sulla storia di Sofia.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Indica tre vie diverse per avere un reddito.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Quali capacità può creare il lavoro non pagato in casa?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Quali sono i quattro passi per trovare un corso gratuito?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Che cosa ha aiutato Sofia a tornare al lavoro?</w:t>
      </w:r>
    </w:p>
    <w:p>
      <w:pPr>
        <w:pStyle w:val="Heading2"/>
      </w:pPr>
      <w:r>
        <w:t>Esercizio 2.5: Dalle competenze al reddito</w:t>
      </w:r>
    </w:p>
    <w:p>
      <w:r>
        <w:rPr>
          <w:b w:val="0"/>
          <w:i/>
          <w:color w:val="4A5568"/>
        </w:rPr>
        <w:t>22 min  ·  In coppia</w:t>
      </w:r>
    </w:p>
    <w:p>
      <w:r>
        <w:rPr>
          <w:b w:val="0"/>
          <w:i w:val="0"/>
        </w:rPr>
        <w:t>Aiuta una persona immaginaria a vedere il valore della sua esperienza. Poi collegala a vie realistiche per guadagnare e formarsi.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Carla, 44 anni, non ha un lavoro pagato da dodici anni. In questo tempo ha cresciuto tre figli, gestito lo stretto budget di famiglia, assistito un genitore anziano e organizzato eventi nella scuola dei figli. Parla portoghese, spagnolo e un po' di inglese. Dice di «non aver fatto niente» e non saprebbe da dove iniziare a cercare lavoro.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Elenca: Elenca tutte le capacità di Carla, da lavoro pagato o non pagato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Collega: Per ogni capacità, scrivi dove è utile a un datore di lavoro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Scegli: Scegli una capacità per cui potrebbe essere pagata subito; Scegline una da sviluppare con un corso breve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Primo passo: Proponi il primo passo pratico che potrebbe fare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Lavorando su Carla, alcune partecipanti possono riconoscere le proprie capacità: accoglietelo. Ad alcune donne un partner ha impedito di lavorare; non dite mai che hanno «scelto» di restare a casa. Se una partecipante rivela una violenza, ringraziatela, ascoltate, offrite un colloquio privato dopo la sessione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2.6: Ostacoli e ponti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Gli ostacoli al guadagno sono spesso pratici e comuni a molte. Parlarne aiuta a vedere le soluzioni. Condividi solo quello che vuoi.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Che cosa c'è tra te e il reddito che vorresti?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Quali ostacoli sono pratici e quali riguardano la fiducia in te?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Chi o che cosa potrebbe aiutarti a fare il prossimo passo?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Raccogliete gli ostacoli su una lavagna a fogli, senza nomi, poi cercate insieme i ponti: cura dei figli, trasporti, lingua, fiducia. Tenete pronte informazioni sui servizi locali. Se una partecipante rivela una violenza o un sabotaggio del lavoro, riconoscetelo con gentilezza, offrite un colloquio privato dopo la sessione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Dai un nome alle tue capacità</w:t>
      </w:r>
    </w:p>
    <w:p>
      <w:r>
        <w:rPr>
          <w:b w:val="0"/>
          <w:i w:val="0"/>
        </w:rPr>
        <w:t>Leggi che cosa ha fatto una persona a casa. Pensa alla capacità, poi gira la carta.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via di solito dà malattia pagata, ferie e preavviso?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 lavoro dipendente con contratto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Un lavoro con contratto dà uno stipendio fisso e tutele per legge.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Perché le capacità del lavoro non pagato spesso non si vedono?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Nessuno le ha pagate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Sono capacità vere. Passano inosservate solo perché non erano pagate.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Chiedere i sussidi a cui hai diritto è…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Una parte giusta del tuo reddito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Gli assegni e i contributi a cui hai diritto sono una parte vera e giusta del tuo reddito.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è il primo passo per trovare un corso?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Valutare quale capacità apre la porta che vuoi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Prima scegli la capacità o la qualifica che vuoi; poi cerca, trova i fondi e ottieni l'attestato.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ha permesso a Sofia di frequentare il corso?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 aiuto per la cura dei figli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Un corso gratuito con aiuto per i figli ha tolto i suoi ostacoli pratici.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LEZIONE 2.4  ·  55 MIN</w:t>
      </w:r>
    </w:p>
    <w:p>
      <w:pPr>
        <w:pStyle w:val="Heading1"/>
      </w:pPr>
      <w:r>
        <w:t>Obiettivi e sicurezza a lungo termine</w:t>
      </w:r>
    </w:p>
    <w:p>
      <w:r>
        <w:rPr>
          <w:b w:val="0"/>
          <w:i w:val="0"/>
        </w:rPr>
        <w:t>Un obiettivo senza piano è solo un desiderio. Qui trasformi i tuoi desideri in obiettivi chiari e piccoli passi, pensando anche alla sicurezza del tuo futuro.</w:t>
      </w:r>
    </w:p>
    <w:p>
      <w:pPr>
        <w:pStyle w:val="Heading2"/>
      </w:pPr>
      <w:r>
        <w:t>La lezione in breve</w:t>
      </w:r>
    </w:p>
    <w:p>
      <w:pPr>
        <w:pStyle w:val="ListBullet"/>
        <w:spacing w:after="60"/>
      </w:pPr>
      <w:r>
        <w:t>Trasformare un desiderio vago in un obiettivo SMART</w:t>
      </w:r>
    </w:p>
    <w:p>
      <w:pPr>
        <w:pStyle w:val="ListBullet"/>
        <w:spacing w:after="60"/>
      </w:pPr>
      <w:r>
        <w:t>Dividere un obiettivo in piccoli passi con una data</w:t>
      </w:r>
    </w:p>
    <w:p>
      <w:pPr>
        <w:pStyle w:val="ListBullet"/>
        <w:spacing w:after="60"/>
      </w:pPr>
      <w:r>
        <w:t>Bilanciare risultati rapidi e sicurezza a lungo termine</w:t>
      </w:r>
    </w:p>
    <w:p>
      <w:pPr>
        <w:pStyle w:val="ListBullet"/>
        <w:spacing w:after="60"/>
      </w:pPr>
      <w:r>
        <w:t>Usare una lista di controllo per seguire la tua indipendenza</w:t>
      </w:r>
    </w:p>
    <w:p>
      <w:pPr>
        <w:spacing w:after="40"/>
      </w:pPr>
      <w:r>
        <w:rPr>
          <w:b/>
          <w:i w:val="0"/>
        </w:rPr>
        <w:t>Parole chiave</w:t>
      </w:r>
    </w:p>
    <w:p>
      <w:pPr>
        <w:pStyle w:val="ListBullet"/>
        <w:spacing w:after="60"/>
      </w:pPr>
      <w:r>
        <w:t>Obiettivo SMART: Un obiettivo Specifico, Misurabile, Raggiungibile (Achievable), Rilevante e con una scadenza (Time-bound).</w:t>
      </w:r>
    </w:p>
    <w:p>
      <w:pPr>
        <w:pStyle w:val="ListBullet"/>
        <w:spacing w:after="60"/>
      </w:pPr>
      <w:r>
        <w:t>Obiettivo a breve termine: Un obiettivo che puoi raggiungere entro circa un anno.</w:t>
      </w:r>
    </w:p>
    <w:p>
      <w:pPr>
        <w:pStyle w:val="ListBullet"/>
        <w:spacing w:after="60"/>
      </w:pPr>
      <w:r>
        <w:t>Obiettivo a lungo termine: Un obiettivo che richiede cinque anni o più, come una casa stabile o una pensione.</w:t>
      </w:r>
    </w:p>
    <w:p>
      <w:pPr>
        <w:pStyle w:val="ListBullet"/>
        <w:spacing w:after="60"/>
      </w:pPr>
      <w:r>
        <w:t>Pensione: Soldi che ricevi quando smetti di lavorare da anziana, costruiti negli anni di lavoro.</w:t>
      </w:r>
    </w:p>
    <w:p>
      <w:pPr>
        <w:pStyle w:val="ListBullet"/>
        <w:spacing w:after="60"/>
      </w:pPr>
      <w:r>
        <w:t>Servizio di consulenza sui debiti: Un servizio gratuito che ti aiuta a capire i tuoi debiti e a pianificare come pagarli.</w:t>
      </w:r>
    </w:p>
    <w:p>
      <w:pPr>
        <w:pStyle w:val="Heading2"/>
      </w:pPr>
      <w:r>
        <w:t>Slide per slide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Titolo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per chi conduce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Rendi SMART i tuoi obiettivi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Costruite l'esempio insieme: 25 € al mese per 12 mesi fanno 300 €. SMART viene dall'inglese: A = Achievable (raggiungibile), T = Time-bound (con scadenza).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Dall'obiettivo al piano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Saltare un mese non è un fallimento. La fase di verifica serve proprio ad adattare il piano e andare avanti.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Obiettivi per ogni orizzonte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Incoraggiate almeno un obiettivo a breve e uno a lungo termine. I risultati rapidi mostrano che il cambiamento è possibile.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Non è mai troppo tardi per iniziare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Molte donne sentono che è «troppo tardi». Rassicurate il gruppo: ogni passo conta, a qualsiasi età.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Aylin pianifica la sua indipendenza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di studio tratto dalla presentazione dei partner. Sottolineate che chiedere consiglio è un punto di forza. Le regole sulle pensioni cambiano da Paese a Paese.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Consulenza gratuita vicino a te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Mostrate i servizi del vostro Paese. Ricordate al gruppo che i contatti si trovano anche sulla piattaforma.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La tua lista per l'indipendenza economica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Invitate ciascuna a spuntare in privato ciò che ha già. Nessuna deve condividere.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Verifica cosa hai capito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Che cosa vuol dire ogni lettera di SMART?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Quali sono i quattro passi dall'obiettivo al piano?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Fai un esempio di obiettivo a breve termine e uno a lungo termine.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Che cosa ha aiutato Aylin a iniziare a pianificare la sua indipendenza?</w:t>
      </w:r>
    </w:p>
    <w:p>
      <w:pPr>
        <w:pStyle w:val="Heading2"/>
      </w:pPr>
      <w:r>
        <w:t>Esercizio 2.7: Rendilo SMART</w:t>
      </w:r>
    </w:p>
    <w:p>
      <w:r>
        <w:rPr>
          <w:b w:val="0"/>
          <w:i/>
          <w:color w:val="4A5568"/>
        </w:rPr>
        <w:t>22 min  ·  Individuale</w:t>
      </w:r>
    </w:p>
    <w:p>
      <w:r>
        <w:rPr>
          <w:b w:val="0"/>
          <w:i w:val="0"/>
        </w:rPr>
        <w:t>Prendi un obiettivo vago e riscrivilo come obiettivo SMART. Poi pianifica il primo mese per raggiungerlo.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La situazione</w:t>
            </w:r>
          </w:p>
          <w:p>
            <w:r>
              <w:t>Lúcia dice che il suo obiettivo è «avere finalmente dei risparmi per non dipendere così tanto». Guadagna circa 1.400 € netti al mese e le restano circa 120 € dopo bisogni e desideri. Non è mai riuscita a risparmiare perché, dice, l'obiettivo le sembrava sempre troppo grande e vago per iniziare.</w:t>
            </w:r>
          </w:p>
        </w:tc>
      </w:tr>
    </w:tbl>
    <w:p>
      <w:pPr>
        <w:spacing w:after="40"/>
      </w:pP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Passo 1 — Rendilo chiaro: Riscrivi l'obiettivo di Lúcia perché sia Specifico e Misurabile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Passo 2 — Aggiungi una scadenza: Aggiungi una scadenza realistica; Dividi il traguardo in una cifra mensile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Passo 3 — Trova i soldi: Indica da dove arrivano i soldi ogni mese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4.  </w:t>
      </w:r>
      <w:r>
        <w:t>Passo 4 — Inizia: Scrivi il primissimo passo che farà questa settimana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Lavorate sull'obiettivo di Lúcia; le partecipanti scrivono il proprio solo se lo desiderano, e lo tengono privato. Per chi ha il denaro controllato, un obiettivo SMART può riguardare conoscenze o accesso, non il risparmio. Se una partecipante rivela una violenza, ringraziatela, ascoltate, offrite un colloquio privato e condividete i contatti di aiuto.</w:t>
            </w:r>
          </w:p>
        </w:tc>
      </w:tr>
    </w:tbl>
    <w:p>
      <w:pPr>
        <w:spacing w:after="40"/>
      </w:pPr>
    </w:p>
    <w:p>
      <w:pPr>
        <w:pStyle w:val="Heading2"/>
      </w:pPr>
      <w:r>
        <w:t>Riflessione 2.8: Immagina la tua indipendenza</w:t>
      </w:r>
    </w:p>
    <w:p>
      <w:r>
        <w:rPr>
          <w:b w:val="0"/>
          <w:i/>
          <w:color w:val="4A5568"/>
        </w:rPr>
        <w:t>15 min  ·  In gruppo</w:t>
      </w:r>
    </w:p>
    <w:p>
      <w:r>
        <w:rPr>
          <w:b w:val="0"/>
          <w:i w:val="0"/>
        </w:rPr>
        <w:t>Gli obiettivi ci spingono avanti quando sono legati alla vita che vogliamo davvero. Immagina quella vita con chiarezza. Condividi solo quello che vuoi.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1.  </w:t>
      </w:r>
      <w:r>
        <w:t>Come sarebbe per te una giornata da donna economicamente indipendente?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2.  </w:t>
      </w:r>
      <w:r>
        <w:t>Che cosa cambierebbe se nessuno usasse più i soldi per controllarti?</w:t>
      </w:r>
    </w:p>
    <w:p>
      <w:pPr>
        <w:spacing w:after="60"/>
        <w:ind w:left="340" w:hanging="340"/>
      </w:pPr>
      <w:r>
        <w:rPr>
          <w:b/>
          <w:color w:val="0E7C86"/>
        </w:rPr>
        <w:t xml:space="preserve">3.  </w:t>
      </w:r>
      <w:r>
        <w:t>Qual è il primissimo obiettivo che sei pronta a prenderti?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Per chi conduce</w:t>
            </w:r>
          </w:p>
          <w:p>
            <w:r>
              <w:t>Offrite un tempo di scrittura in silenzio prima di condividere; nessuna è obbligata a parlare. Immaginare una vita diversa può suscitare emozioni forti. Se una partecipante si turba o rivela una violenza, rispondete con calma, offrite una pausa e un colloquio privato dopo la sessione, e condividete i contatti di aiuto. Chiudete con una nota positiva e concreta.</w:t>
            </w:r>
          </w:p>
        </w:tc>
      </w:tr>
    </w:tbl>
    <w:p>
      <w:pPr>
        <w:spacing w:after="40"/>
      </w:pPr>
    </w:p>
    <w:p>
      <w:pPr>
        <w:pStyle w:val="Heading2"/>
      </w:pPr>
      <w:r>
        <w:t>Attività interattiva: Costruisci un obiettivo SMART</w:t>
      </w:r>
    </w:p>
    <w:p>
      <w:r>
        <w:rPr>
          <w:b w:val="0"/>
          <w:i w:val="0"/>
        </w:rPr>
        <w:t>Compila ogni campo per costruire il tuo obiettivo SMART. Puoi usare l'esempio o inventarne uno tuo.</w:t>
      </w:r>
    </w:p>
    <w:p>
      <w:pPr>
        <w:pStyle w:val="Heading2"/>
      </w:pPr>
      <w:r>
        <w:t>Risposte del quiz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vuol dire la T di SMART?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Con una scadenza (Time-bound)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Con una scadenza: una data limite aiuta a concentrarti e a pianificare a ritroso.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obiettivo è SMART?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Risparmiare 25 € al mese per 12 mesi per una caparra di 300 €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È specifico, misurabile, realistico, rilevante e ha una scadenza.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 salti un mese, che cosa dovresti cambiare?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Il piano, non l'obiettivo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Verifica ogni mese e adatta il piano. Tieni l'obiettivo.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di questi è un obiettivo a lungo termine?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Una pensione a tuo nome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Gli obiettivi a lungo termine richiedono cinque anni o più, come una pensione o una casa stabile.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ha fatto Aylin per prima cosa con il suo consulente?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Ha aperto un conto a suo nome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Un conto a suo nome le ha dato una base per risparmiare e pianificare.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Quiz finale del Modulo 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Domanda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Risposta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Perché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L'indipendenza economica riguarda soprattutto…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Accesso, conoscenza e controllo dei tuoi soldi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Riguarda accesso, conoscenza e controllo, anche con un reddito modesto.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cos'è il patrimonio netto?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Quello che possiedi meno quello che devi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patrimonio netto è beni meno debiti: una foto della tua situazione di oggi.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Perché è importante un conto a tuo nome?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Tiene i soldi sotto il tuo controllo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Un conto che solo tu vedi e gestisci è la base dell'indipendenza economica.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Nella regola 50/30/20, il 30% va a…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Desideri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50% bisogni, 30% desideri, 20% risparmi o rimborso dei debiti.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fa il metodo delle buste?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Fissa un limite di spesa per ogni voce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Ogni voce ha un limite: quando la busta o il salvadanaio è vuoto, smetti di spendere.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Quanto dovrebbe essere grande, alla fine, un fondo per le emergenze?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Da tre a sei mesi di spese essenziali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Inizia con qualche centinaio di euro, poi arriva a 3-6 mesi di spese essenziali.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Anni passati a curare la famiglia possono creare…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Pazienza, empatia e organizzazione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Il lavoro non pagato crea capacità vere, apprezzate in sanità, educazione, commercio e altro.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Che cosa può togliere gli ostacoli alla formazione?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Corsi gratuiti e aiuto per la cura dei figli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Molti corsi sono gratuiti o finanziati, e l'aiuto per i figli può rendere possibile frequentarli.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Quale obiettivo è SMART?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Risparmiare 25 € al mese per 12 mesi per una caparra di 300 €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È specifico, misurabile, raggiungibile, rilevante e ha una scadenza.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Aylin pensava che fosse troppo tardi per pianificare. Che cosa dice questo modulo?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Non è mai troppo tardi: piccoli passi regolari contano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Iniziare è ciò che conta di più. Piccoli passi regolari riducono la distanza nel tempo.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Modulo 2: Indipendenza economica  ·  Note per chi conduce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307143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143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0E7C8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